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이청일 청장 주간 동선 리포트</w:t>
      </w:r>
    </w:p>
    <w:p>
      <w:pPr>
        <w:pStyle w:val="Subtitle"/>
      </w:pPr>
      <w:r>
        <w:t>2026.04.01 - 2026.11.05</w:t>
      </w:r>
    </w:p>
    <w:p>
      <w:r>
        <w:rPr>
          <w:b/>
        </w:rPr>
        <w:t>공식 홈페이지 보도자료와 행사사진자료 기준</w:t>
      </w:r>
      <w:r>
        <w:t>으로 행사일이 확인된 청장 관련 동선을 주간 단위로 정리했습니다.</w:t>
      </w:r>
    </w:p>
    <w:p>
      <w:r>
        <w:rPr>
          <w:b/>
        </w:rPr>
        <w:t>확인 주간: 27주 / 전체 32주</w:t>
      </w:r>
    </w:p>
    <w:p>
      <w:pPr>
        <w:pStyle w:val="Heading1"/>
        <w:keepNext/>
      </w:pPr>
      <w:r>
        <w:t>2026.11.02 - 2026.11.08</w:t>
      </w:r>
    </w:p>
    <w:p>
      <w:r>
        <w:t>6건 확인, 주요 방문지: 웨스틴조선 부산, 부산 웨스틴조선호텔</w:t>
      </w:r>
    </w:p>
    <w:p>
      <w:pPr>
        <w:pStyle w:val="ListBullet"/>
      </w:pPr>
      <w:r>
        <w:rPr>
          <w:b/>
        </w:rPr>
        <w:t>11.02</w:t>
      </w:r>
      <w:r>
        <w:t xml:space="preserve"> | 부산중기청, 5일간 스마트제조 AX 확산 주간 운영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- 1 - 보도자료 보도시점2026.11.2.(월) 조간부 산 중 기 청, 5일 간 스 마 트 제 조 AX 확 산 주 간 운 영 - 11월 2일부터 6일까지 지역 중소기업·유관기관 등 500여 명 참여 예정 - 스마트제조혁신지원사업 안내부터 우수사례 공유, 수요·공급기업 매칭까지 현장 중심 프로그램 운영 중소벤처기업부 부</w:t>
      </w:r>
    </w:p>
    <w:p>
      <w:pPr>
        <w:pStyle w:val="Source"/>
        <w:ind w:left="360"/>
      </w:pPr>
      <w:r>
        <w:t>https://www.mss.go.kr/site/busan/ex/bbs/View.do?cbIdx=222&amp;bcIdx=1072182</w:t>
      </w:r>
    </w:p>
    <w:p>
      <w:pPr>
        <w:pStyle w:val="ListBullet"/>
      </w:pPr>
      <w:r>
        <w:rPr>
          <w:b/>
        </w:rPr>
        <w:t>11.02</w:t>
      </w:r>
      <w:r>
        <w:t xml:space="preserve"> | 부산중기청, 레전드50+ 참여기업 AX확산 기술세미나 개최</w:t>
      </w:r>
    </w:p>
    <w:p>
      <w:pPr>
        <w:ind w:left="360"/>
      </w:pPr>
      <w:r>
        <w:t>장소: 웨스틴조선 부산 / 인물: 이청일 / 출처: 보도자료</w:t>
      </w:r>
    </w:p>
    <w:p>
      <w:pPr>
        <w:ind w:left="360"/>
      </w:pPr>
      <w:r>
        <w:t>부산중기청, 레전드50+ 참여기업 AX확산 기술세미나 개최 * 자세한 사항은 붙임 파일을 참조해 주시기 바랍니</w:t>
      </w:r>
    </w:p>
    <w:p>
      <w:pPr>
        <w:pStyle w:val="Source"/>
        <w:ind w:left="360"/>
      </w:pPr>
      <w:r>
        <w:t>https://www.mss.go.kr/site/busan/ex/bbs/View.do?cbIdx=222&amp;bcIdx=1072203</w:t>
      </w:r>
    </w:p>
    <w:p>
      <w:pPr>
        <w:pStyle w:val="ListBullet"/>
      </w:pPr>
      <w:r>
        <w:rPr>
          <w:b/>
        </w:rPr>
        <w:t>11.02</w:t>
      </w:r>
      <w:r>
        <w:t xml:space="preserve"> | 부산중기청, 부산과기대와 지역 중소기업 AX 확산 맞손</w:t>
      </w:r>
    </w:p>
    <w:p>
      <w:pPr>
        <w:ind w:left="360"/>
      </w:pPr>
      <w:r>
        <w:t>장소: 부산 웨스틴조선호텔 / 인물: 이청일 / 출처: 보도자료</w:t>
      </w:r>
    </w:p>
    <w:p>
      <w:pPr>
        <w:ind w:left="360"/>
      </w:pPr>
      <w:r>
        <w:t>02.(월) 10:00 &gt;부산중기청, 부산과기대와 지역 중소기업 AX 확산 맞손 - 11월 2일, 지역 중소기업 혁신성장 및 지산학 협력 강화를 위한 업무협약 체결 - 대학의 산학협력 인프라 활용, AI·디지털 전환 교육 등 협력 중소벤처기업부 부산지방중소벤처기업청(청장 이청일, 이하 부산중기청)은 11월 2일(월) 부산</w:t>
      </w:r>
    </w:p>
    <w:p>
      <w:pPr>
        <w:pStyle w:val="Source"/>
        <w:ind w:left="360"/>
      </w:pPr>
      <w:r>
        <w:t>https://www.mss.go.kr/site/busan/ex/bbs/View.do?cbIdx=222&amp;bcIdx=1072191</w:t>
      </w:r>
    </w:p>
    <w:p>
      <w:pPr>
        <w:pStyle w:val="ListBullet"/>
      </w:pPr>
      <w:r>
        <w:rPr>
          <w:b/>
        </w:rPr>
        <w:t>11.03</w:t>
      </w:r>
      <w:r>
        <w:t xml:space="preserve"> | 부산중기청, ‘2026 스스로 프로젝트’ 성과공유회 개최</w:t>
      </w:r>
    </w:p>
    <w:p>
      <w:pPr>
        <w:ind w:left="360"/>
      </w:pPr>
      <w:r>
        <w:t>장소: 부산 코모도호텔 / 인물: 이청일 / 출처: 보도자료</w:t>
      </w:r>
    </w:p>
    <w:p>
      <w:pPr>
        <w:ind w:left="360"/>
      </w:pPr>
      <w:r>
        <w:t>3.(화) 12:00 &gt;부산중기청, ‘2026 스스로 프로젝트’ 성과공유회 개최 - 참여기업 20개사 글로벌 진출 성과공유 및 투자연계, AI활용 R&amp;D지원안내 - 베트남 현지 프로그램 성과를 기술실증·투자유치 등 후속 성과로 연결 중소벤처기업부 부산지방중소벤처기업청(청장 이청일, 이하 부산중기청)은 11월 3일 부산 코</w:t>
      </w:r>
    </w:p>
    <w:p>
      <w:pPr>
        <w:pStyle w:val="Source"/>
        <w:ind w:left="360"/>
      </w:pPr>
      <w:r>
        <w:t>https://www.mss.go.kr/site/busan/ex/bbs/View.do?cbIdx=222&amp;bcIdx=1072233</w:t>
      </w:r>
    </w:p>
    <w:p>
      <w:pPr>
        <w:pStyle w:val="ListBullet"/>
      </w:pPr>
      <w:r>
        <w:rPr>
          <w:b/>
        </w:rPr>
        <w:t>11.04</w:t>
      </w:r>
      <w:r>
        <w:t xml:space="preserve"> | 부산중기청, 동남권 제조 AX 확산을 위한 협력의 장 마련</w:t>
      </w:r>
    </w:p>
    <w:p>
      <w:pPr>
        <w:ind w:left="360"/>
      </w:pPr>
      <w:r>
        <w:t>장소: 웨스틴조선 오키드룸 / 인물: 이청일 / 출처: 보도자료</w:t>
      </w:r>
    </w:p>
    <w:p>
      <w:pPr>
        <w:ind w:left="360"/>
      </w:pPr>
      <w:r>
        <w:t>4.(수) 15:00 &gt;부산중기청, 동남권 제조 AX 확산을 위한 협력의 장 마련 - 부산·울산·경남 스마트제조 AX 우수사례 공유 및 ‘27년 지원정책 안내 - 제조현장 중심 피지컬 AI 확산과 지역 간 협력방안 논의 중소벤처기업부 부산지방중소벤처기업청(청장 이청일, 이하 부산중기청)은 11월 4일(수) 웨스틴조선 오키</w:t>
      </w:r>
    </w:p>
    <w:p>
      <w:pPr>
        <w:pStyle w:val="Source"/>
        <w:ind w:left="360"/>
      </w:pPr>
      <w:r>
        <w:t>https://www.mss.go.kr/site/busan/ex/bbs/View.do?cbIdx=222&amp;bcIdx=1072290</w:t>
      </w:r>
    </w:p>
    <w:p>
      <w:pPr>
        <w:pStyle w:val="ListBullet"/>
      </w:pPr>
      <w:r>
        <w:rPr>
          <w:b/>
        </w:rPr>
        <w:t>11.04</w:t>
      </w:r>
      <w:r>
        <w:t xml:space="preserve"> | 부산중기청, 스마트제조혁신 지원사업 설명회 개최</w:t>
      </w:r>
    </w:p>
    <w:p>
      <w:pPr>
        <w:ind w:left="360"/>
      </w:pPr>
      <w:r>
        <w:t>장소: 부산 신라스테이(서부산) / 인물: 이청일 / 출처: 보도자료</w:t>
      </w:r>
    </w:p>
    <w:p>
      <w:pPr>
        <w:ind w:left="360"/>
      </w:pPr>
      <w:r>
        <w:t>부산중기청, 스마트제조혁신 지원사업 설명회 개최 * 자세한 사항은 붙임 파일을 참조해 주시기 바랍니</w:t>
      </w:r>
    </w:p>
    <w:p>
      <w:pPr>
        <w:pStyle w:val="Source"/>
        <w:ind w:left="360"/>
      </w:pPr>
      <w:r>
        <w:t>https://www.mss.go.kr/site/busan/ex/bbs/View.do?cbIdx=222&amp;bcIdx=1072263</w:t>
      </w:r>
    </w:p>
    <w:p>
      <w:r>
        <w:br w:type="page"/>
      </w:r>
    </w:p>
    <w:p>
      <w:pPr>
        <w:pStyle w:val="Heading1"/>
        <w:keepNext/>
      </w:pPr>
      <w:r>
        <w:t>2026.10.26 - 2026.11.01</w:t>
      </w:r>
    </w:p>
    <w:p>
      <w:r>
        <w:t>5건 확인, 주요 방문지: 부산 벡스코 제1전시장, 기술보증기금</w:t>
      </w:r>
    </w:p>
    <w:p>
      <w:pPr>
        <w:pStyle w:val="ListBullet"/>
      </w:pPr>
      <w:r>
        <w:rPr>
          <w:b/>
        </w:rPr>
        <w:t>10.26</w:t>
      </w:r>
      <w:r>
        <w:t xml:space="preserve"> | 부산중기청, 2026 KB굿잡 부산 잡(JOB) 페스티벌 개최</w:t>
      </w:r>
    </w:p>
    <w:p>
      <w:pPr>
        <w:ind w:left="360"/>
      </w:pPr>
      <w:r>
        <w:t>장소: 부산 벡스코 제1전시장 / 인물: 이청일 / 출처: 보도자료</w:t>
      </w:r>
    </w:p>
    <w:p>
      <w:pPr>
        <w:ind w:left="360"/>
      </w:pPr>
      <w:r>
        <w:t>월 벡스코 제 전시장서 개최 26.( ) 1 - 부산중기청 소상공인 컨설팅관 등 구직자를 위한 현장 상담부스 운영, 중소벤처기업부 부산지방중소벤처기업청 청장 이청일 이하 부산중기청 은 ( , ) 지역 중소기업의 우수인재 확보와 구직자의 취업 기회 확대를 위해 월 10 일 월 부산 벡스코 제 전시장에서 굿잡 부산 잡 페스2</w:t>
      </w:r>
    </w:p>
    <w:p>
      <w:pPr>
        <w:pStyle w:val="Source"/>
        <w:ind w:left="360"/>
      </w:pPr>
      <w:r>
        <w:t>https://www.mss.go.kr/site/busan/ex/bbs/View.do?cbIdx=222&amp;bcIdx=1072020</w:t>
      </w:r>
    </w:p>
    <w:p>
      <w:pPr>
        <w:pStyle w:val="ListBullet"/>
      </w:pPr>
      <w:r>
        <w:rPr>
          <w:b/>
        </w:rPr>
        <w:t>10.27</w:t>
      </w:r>
      <w:r>
        <w:t xml:space="preserve"> | 부산중기청, B2B 해외영업 관점의 링크드인 활용 교육 개최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(전매체) 배포즉시부산중기청, “B2B 해외영업 관점의 링크드인 활용 전략” 온라인 교육 개최- 10.27(화), 글로벌 디지털 마케팅에 관심 있는 중소기업 임직원 400명 대상 교육 중소벤처기업부 부산지방중소벤처기업청(청장 이청일, 이하 부산중기청)은 지역 중소기업의 디지털 해외 마케팅 역량 강화를 위해 「B2</w:t>
      </w:r>
    </w:p>
    <w:p>
      <w:pPr>
        <w:pStyle w:val="Source"/>
        <w:ind w:left="360"/>
      </w:pPr>
      <w:r>
        <w:t>https://www.mss.go.kr/site/busan/ex/bbs/View.do?cbIdx=222&amp;bcIdx=1071849</w:t>
      </w:r>
    </w:p>
    <w:p>
      <w:pPr>
        <w:pStyle w:val="ListBullet"/>
      </w:pPr>
      <w:r>
        <w:rPr>
          <w:b/>
        </w:rPr>
        <w:t>10.29</w:t>
      </w:r>
      <w:r>
        <w:t xml:space="preserve"> | 부산중기청, 2026년 수탁위탁거래 정기 실태조사 실시</w:t>
      </w:r>
    </w:p>
    <w:p>
      <w:pPr>
        <w:ind w:left="360"/>
      </w:pPr>
      <w:r>
        <w:t>장소: 기술보증기금 / 인물: 이청일 / 출처: 보도자료</w:t>
      </w:r>
    </w:p>
    <w:p>
      <w:pPr>
        <w:ind w:left="360"/>
      </w:pPr>
      <w:r>
        <w:t>보도자료 보도시점배포즉시2026년 수탁·위탁거래 정기 실태조사 실시- 수탁·위탁기업 1만 5,000개사 대상 불공정거래 행위 점검- 부산지역은 10월 29일 기술보증기금에서 순회 설명회 개최 중소벤처기업부 부산지방중소벤처기업청(청장 이청일, 이하 부산중기청)은 기업 간 수탁·위탁거래 과정에서 발생하는 불공정거래행위를 바로</w:t>
      </w:r>
    </w:p>
    <w:p>
      <w:pPr>
        <w:pStyle w:val="Source"/>
        <w:ind w:left="360"/>
      </w:pPr>
      <w:r>
        <w:t>https://www.mss.go.kr/site/busan/ex/bbs/View.do?cbIdx=222&amp;bcIdx=1071865</w:t>
      </w:r>
    </w:p>
    <w:p>
      <w:pPr>
        <w:pStyle w:val="ListBullet"/>
      </w:pPr>
      <w:r>
        <w:rPr>
          <w:b/>
        </w:rPr>
        <w:t>10.29</w:t>
      </w:r>
      <w:r>
        <w:t xml:space="preserve"> | 부산중기청, 산·학·연·관 21개 기관과 함께 미래모빌리티 산업 밸류체인 육성 나선다!</w:t>
      </w:r>
    </w:p>
    <w:p>
      <w:pPr>
        <w:ind w:left="360"/>
      </w:pPr>
      <w:r>
        <w:t>장소: 부산국제금융센터(BIFC)2 42층 IR룸 / 인물: 이청일 / 출처: 보도자료</w:t>
      </w:r>
    </w:p>
    <w:p>
      <w:pPr>
        <w:ind w:left="360"/>
      </w:pPr>
      <w:r>
        <w:t>- 지원기관·연구기관·협단체·대학 등 참여, 지역기관 협업 얼라이언스 구축 - 기술개발·사업화·자금·수출·인력양성 등 기업 성장단계별 통합 지원 추진 중소벤처기업부 부산지방중소벤처기업청(청장 이청일, 이하 부산중기청)은 부산광역시 및 지역의 지원기관, 연구기관, 협·단체, 대학 등 총 21개 기관이 함께 10월 29일 부</w:t>
      </w:r>
    </w:p>
    <w:p>
      <w:pPr>
        <w:pStyle w:val="Source"/>
        <w:ind w:left="360"/>
      </w:pPr>
      <w:r>
        <w:t>https://www.mss.go.kr/site/busan/ex/bbs/View.do?cbIdx=222&amp;bcIdx=1072105</w:t>
      </w:r>
    </w:p>
    <w:p>
      <w:pPr>
        <w:pStyle w:val="ListBullet"/>
      </w:pPr>
      <w:r>
        <w:rPr>
          <w:b/>
        </w:rPr>
        <w:t>10.29</w:t>
      </w:r>
      <w:r>
        <w:t xml:space="preserve"> | 부산중기청, 지역 대표 점포와 함께 부산 곳곳에 '코리아 그랜드 페스티벌' 열기 확산</w:t>
      </w:r>
    </w:p>
    <w:p>
      <w:pPr>
        <w:ind w:left="360"/>
      </w:pPr>
      <w:r>
        <w:t>장소: 자갈치시장 / 인물: 이청일 / 출처: 보도자료</w:t>
      </w:r>
    </w:p>
    <w:p>
      <w:pPr>
        <w:ind w:left="360"/>
      </w:pPr>
      <w:r>
        <w:t>보도시점(전매체) 배포즉시부산중기청, 지역 대표 점포와 함께부산 곳곳에 ‘코리아 그랜드 페스티벌’ 열기 확산- 삼진어묵·이재모피자와 손잡고 자갈치·봉래시장까지 이어지는 상생 이벤트- 구포시장·40계단 로컬상권·롯데백화점 광복점에서 사은행사·특별판매전 운영 중소벤처기업부 부산지방중소벤처기업청(청장 이청일, 이하 부산중기청)</w:t>
      </w:r>
    </w:p>
    <w:p>
      <w:pPr>
        <w:pStyle w:val="Source"/>
        <w:ind w:left="360"/>
      </w:pPr>
      <w:r>
        <w:t>https://www.mss.go.kr/site/busan/ex/bbs/View.do?cbIdx=222&amp;bcIdx=1072076</w:t>
      </w:r>
    </w:p>
    <w:p>
      <w:r>
        <w:br w:type="page"/>
      </w:r>
    </w:p>
    <w:p>
      <w:pPr>
        <w:pStyle w:val="Heading1"/>
        <w:keepNext/>
      </w:pPr>
      <w:r>
        <w:t>2026.10.19 - 2026.10.25</w:t>
      </w:r>
    </w:p>
    <w:p>
      <w:r>
        <w:t>2건 확인, 주요 방문지: 부산지역</w:t>
      </w:r>
    </w:p>
    <w:p>
      <w:pPr>
        <w:pStyle w:val="ListBullet"/>
      </w:pPr>
      <w:r>
        <w:rPr>
          <w:b/>
        </w:rPr>
        <w:t>10.20</w:t>
      </w:r>
      <w:r>
        <w:t xml:space="preserve"> | 부산중기청, 2027년 전통시장 및 상점가 활성화 지원사업 공고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 xml:space="preserve">보도자료 부산중기청, 2027년도 전통시장 및 상점가 활성화 지원사업 공고- 문화관광형시장 등 5개 사업 지원 신청·접수(10.20.∼11.16.)-문화관광형시장 지원 기간·규모 확대(2년 최대 10억원 → 3년 최대 20억원)- 폭염·수해 등 이상기후 대비 예산 대폭 확대(예산 132억원 → 562억원) 중소벤처기업부 </w:t>
      </w:r>
    </w:p>
    <w:p>
      <w:pPr>
        <w:pStyle w:val="Source"/>
        <w:ind w:left="360"/>
      </w:pPr>
      <w:r>
        <w:t>https://www.mss.go.kr/site/busan/ex/bbs/View.do?cbIdx=222&amp;bcIdx=1071866</w:t>
      </w:r>
    </w:p>
    <w:p>
      <w:pPr>
        <w:pStyle w:val="ListBullet"/>
      </w:pPr>
      <w:r>
        <w:rPr>
          <w:b/>
        </w:rPr>
        <w:t>10.20</w:t>
      </w:r>
      <w:r>
        <w:t xml:space="preserve"> | 부산지역 2차 모두의 창업 출범식 개최</w:t>
      </w:r>
    </w:p>
    <w:p>
      <w:pPr>
        <w:ind w:left="360"/>
      </w:pPr>
      <w:r>
        <w:t>장소: 부산지역 / 인물: 이청일 / 출처: 보도자료</w:t>
      </w:r>
    </w:p>
    <w:p>
      <w:pPr>
        <w:ind w:left="360"/>
      </w:pPr>
      <w:r>
        <w:t>부산지역 2차 모두의 창업 출범식 개최 * 자세한 사항은 붙임 파일을 참조해 주시기 바라며, 행사 사진은 14시 이후 배포하도록 하겠습니</w:t>
      </w:r>
    </w:p>
    <w:p>
      <w:pPr>
        <w:pStyle w:val="Source"/>
        <w:ind w:left="360"/>
      </w:pPr>
      <w:r>
        <w:t>https://www.mss.go.kr/site/busan/ex/bbs/View.do?cbIdx=222&amp;bcIdx=1071850</w:t>
      </w:r>
    </w:p>
    <w:p>
      <w:r>
        <w:br w:type="page"/>
      </w:r>
    </w:p>
    <w:p>
      <w:pPr>
        <w:pStyle w:val="Heading1"/>
        <w:keepNext/>
      </w:pPr>
      <w:r>
        <w:t>2026.10.12 - 2026.10.18</w:t>
      </w:r>
    </w:p>
    <w:p>
      <w:r>
        <w:t>2건 확인, 주요 방문지: 최근 글로벌 통상환경의 불확실성이 커지는 가운데 중소기업이 새로운 시장, 반·기술 트랙 1차 공모 2라운드 진출자 29명을 대상으로 10월 14일(수)부터 15일(목)까지 동래 농심호텔</w:t>
      </w:r>
    </w:p>
    <w:p>
      <w:pPr>
        <w:pStyle w:val="ListBullet"/>
      </w:pPr>
      <w:r>
        <w:rPr>
          <w:b/>
        </w:rPr>
        <w:t>10.12</w:t>
      </w:r>
      <w:r>
        <w:t xml:space="preserve"> | 부산중기청, 글로벌사우스 에너지·기계플랜트 시장개척단 통해 1,451만달러 수출계약 추진</w:t>
      </w:r>
    </w:p>
    <w:p>
      <w:pPr>
        <w:ind w:left="360"/>
      </w:pPr>
      <w:r>
        <w:t>장소: 최근 글로벌 통상환경의 불확실성이 커지는 가운데 중소기업이 새로운 시장 / 인물: 이청일 / 출처: 보도자료</w:t>
      </w:r>
    </w:p>
    <w:p>
      <w:pPr>
        <w:ind w:left="360"/>
      </w:pPr>
      <w:r>
        <w:t>- 1 - 보도자료 보도시점 배포즉시부산중기청, 글로벌사우스 에너지·기계플랜트 시장개척단 통해 1,451만달러 수출계약 추진- 베트남·말레이시아에서 에너지·기계플랜트 중소기업 10개사 수출상담회 개최 중소벤처기업부 부산지방중소벤처기업청(청장 이청일, 이하 ‘부산중기청’)과 한국남부발전(주)(사장 김준동, 이하 ‘남부발전’</w:t>
      </w:r>
    </w:p>
    <w:p>
      <w:pPr>
        <w:pStyle w:val="Source"/>
        <w:ind w:left="360"/>
      </w:pPr>
      <w:r>
        <w:t>https://www.mss.go.kr/site/busan/ex/bbs/View.do?cbIdx=222&amp;bcIdx=1071915</w:t>
      </w:r>
    </w:p>
    <w:p>
      <w:pPr>
        <w:pStyle w:val="ListBullet"/>
      </w:pPr>
      <w:r>
        <w:rPr>
          <w:b/>
        </w:rPr>
        <w:t>10.13</w:t>
      </w:r>
      <w:r>
        <w:t xml:space="preserve"> | 부산중기청, 1차 모두의 창업 지역오디션 개최</w:t>
      </w:r>
    </w:p>
    <w:p>
      <w:pPr>
        <w:ind w:left="360"/>
      </w:pPr>
      <w:r>
        <w:t>장소: 반·기술 트랙 1차 공모 2라운드 진출자 29명을 대상으로 10월 14일(수)부터 15일(목)까지 동래 농심호텔 / 인물: 이청일 / 출처: 보도자료</w:t>
      </w:r>
    </w:p>
    <w:p>
      <w:pPr>
        <w:ind w:left="360"/>
      </w:pPr>
      <w:r>
        <w:t>13.(화) 석간배포 즉시부산중기청, ‘1차 모두의 창업’ 지역 오디션 개최- 10.14(수)~15(목) 양일간 참가자 공개 IR 평가 진행, 부산지역 일반·기술 트랙 2라운드 진출자 29명 중 12명 선발하여 3라운드로 진출 예정- 공개 IR 평가와 창업 특강, 투자 정보 제공, 전문가 상담 등 지역 창업 활성화 프로그</w:t>
      </w:r>
    </w:p>
    <w:p>
      <w:pPr>
        <w:pStyle w:val="Source"/>
        <w:ind w:left="360"/>
      </w:pPr>
      <w:r>
        <w:t>https://www.mss.go.kr/site/busan/ex/bbs/View.do?cbIdx=222&amp;bcIdx=1071712</w:t>
      </w:r>
    </w:p>
    <w:p>
      <w:r>
        <w:br w:type="page"/>
      </w:r>
    </w:p>
    <w:p>
      <w:pPr>
        <w:pStyle w:val="Heading1"/>
        <w:keepNext/>
      </w:pPr>
      <w:r>
        <w:t>2026.10.05 - 2026.10.11</w:t>
      </w:r>
    </w:p>
    <w:p>
      <w:r>
        <w:t>1건 확인</w:t>
      </w:r>
    </w:p>
    <w:p>
      <w:pPr>
        <w:pStyle w:val="ListBullet"/>
      </w:pPr>
      <w:r>
        <w:rPr>
          <w:b/>
        </w:rPr>
        <w:t>10.06</w:t>
      </w:r>
      <w:r>
        <w:t xml:space="preserve"> | 부산중기청, 중소기업 장기근속자 주택우선공급 공고(연산역 수자인 센트리오)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9.(금), 18시까지 중소벤처기업부 부산지방중소벤처기업청(청장 이청일, 이하 부산중기청)은 “중소기업에 장기근속 중이면서 무주택세대구성원인 근로자를 대상으로 ‘연산역 수자인 센트리오(연 제 구 연 산 동)’ 아파트의 특별공급 기관추천 대상자를 10월 9일까지 모집한다”라고 밝혔다.&lt;중소기업 근로자 기관추천 배정 세대&gt;타</w:t>
      </w:r>
    </w:p>
    <w:p>
      <w:pPr>
        <w:pStyle w:val="Source"/>
        <w:ind w:left="360"/>
      </w:pPr>
      <w:r>
        <w:t>https://www.mss.go.kr/site/busan/ex/bbs/View.do?cbIdx=222&amp;bcIdx=1071617</w:t>
      </w:r>
    </w:p>
    <w:p>
      <w:r>
        <w:br w:type="page"/>
      </w:r>
    </w:p>
    <w:p>
      <w:pPr>
        <w:pStyle w:val="Heading1"/>
        <w:keepNext/>
      </w:pPr>
      <w:r>
        <w:t>2026.09.28 - 2026.10.04</w:t>
      </w:r>
    </w:p>
    <w:p>
      <w:r>
        <w:t>1건 확인, 주요 방문지: 부산롯데호텔</w:t>
      </w:r>
    </w:p>
    <w:p>
      <w:pPr>
        <w:pStyle w:val="ListBullet"/>
      </w:pPr>
      <w:r>
        <w:rPr>
          <w:b/>
        </w:rPr>
        <w:t>09.30</w:t>
      </w:r>
      <w:r>
        <w:t xml:space="preserve"> | 부산중기청, 지역 중소기업 성장의 ‘이엉’이 되다... 제35회 이엉포럼 개최</w:t>
      </w:r>
    </w:p>
    <w:p>
      <w:pPr>
        <w:ind w:left="360"/>
      </w:pPr>
      <w:r>
        <w:t>장소: 부산롯데호텔 / 인물: 이청일 / 출처: 보도자료</w:t>
      </w:r>
    </w:p>
    <w:p>
      <w:pPr>
        <w:ind w:left="360"/>
      </w:pPr>
      <w:r>
        <w:t xml:space="preserve">제 회 이엉포럼 개최35 - 중소벤처기업부 년도 예산 정부안 안내 및 지역 중소기업계의2027 ( ) 생생한 목소리 청취 중소벤처기업부 부산지방중소벤처기업청 청장 이청일 이하 부산중기청 은 ( , ) 부산테크노파크 원장 직무대행 서형필 와 함께 월 일 수( ) 9 30 ( ) 부산롯데호텔에서 제 회 이엉포럼 회장 박진기 </w:t>
      </w:r>
    </w:p>
    <w:p>
      <w:pPr>
        <w:pStyle w:val="Source"/>
        <w:ind w:left="360"/>
      </w:pPr>
      <w:r>
        <w:t>https://www.mss.go.kr/site/busan/ex/bbs/View.do?cbIdx=222&amp;bcIdx=1071513</w:t>
      </w:r>
    </w:p>
    <w:p>
      <w:r>
        <w:br w:type="page"/>
      </w:r>
    </w:p>
    <w:p>
      <w:pPr>
        <w:pStyle w:val="Heading1"/>
        <w:keepNext/>
      </w:pPr>
      <w:r>
        <w:t>2026.09.21 - 2026.09.27</w:t>
      </w:r>
    </w:p>
    <w:p>
      <w:r>
        <w:t>3건 확인, 주요 방문지: 부산 로컬창업 타운</w:t>
      </w:r>
    </w:p>
    <w:p>
      <w:pPr>
        <w:pStyle w:val="ListBullet"/>
      </w:pPr>
      <w:r>
        <w:rPr>
          <w:b/>
        </w:rPr>
        <w:t>09.21</w:t>
      </w:r>
      <w:r>
        <w:t xml:space="preserve"> | 부산중기청, AI로 혁신한 중소기업을 찾습니다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보도시점배포즉시부 산 중 기 청, AI로 혁 신 한 중 소 기 업 을 찾 습 니 다- 「중소기업 AX 우수사례 공모전」 참가기업 9월 21일까지 모집 중소벤처기업부 부산지방중소벤처기업청(청장 이청일, 이하 부산중기청)은 인공지능(AI)을 활용해 생산성 향상, 품질 개선, 비용 절감 등 경영 혁신 성과를 창출한 중소기업·소</w:t>
      </w:r>
    </w:p>
    <w:p>
      <w:pPr>
        <w:pStyle w:val="Source"/>
        <w:ind w:left="360"/>
      </w:pPr>
      <w:r>
        <w:t>https://www.mss.go.kr/site/busan/ex/bbs/View.do?cbIdx=222&amp;bcIdx=1070974</w:t>
      </w:r>
    </w:p>
    <w:p>
      <w:pPr>
        <w:pStyle w:val="ListBullet"/>
      </w:pPr>
      <w:r>
        <w:rPr>
          <w:b/>
        </w:rPr>
        <w:t>09.21</w:t>
      </w:r>
      <w:r>
        <w:t xml:space="preserve"> | 부산중기청, 중소기업 장기근속자 주택 우선공급 공고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24.(목), 18시까지 중소벤처기업부 부산지방중소벤처기업청(청장 이청일, 이하 부산중기청)은 “중소기업에 장기근속 중이면서 무주택세대구성원인 근로자를 대상으로 ‘트리븐 센텀(해 운 대 구 반 여 동)’ 아파트의 특별공급 기관추천 대상자를 9월 24일까지 모집한다”라고 밝혔다.&lt;중소기업 근로자 기관추천 배정 세대&gt;타입주택</w:t>
      </w:r>
    </w:p>
    <w:p>
      <w:pPr>
        <w:pStyle w:val="Source"/>
        <w:ind w:left="360"/>
      </w:pPr>
      <w:r>
        <w:t>https://www.mss.go.kr/site/busan/ex/bbs/View.do?cbIdx=222&amp;bcIdx=1071351</w:t>
      </w:r>
    </w:p>
    <w:p>
      <w:pPr>
        <w:pStyle w:val="ListBullet"/>
      </w:pPr>
      <w:r>
        <w:rPr>
          <w:b/>
        </w:rPr>
        <w:t>09.22</w:t>
      </w:r>
      <w:r>
        <w:t xml:space="preserve"> | 부산중기청, 자금부터 채무·재창업까지...부산 소상공인 맞춤형 상담 열린다</w:t>
      </w:r>
    </w:p>
    <w:p>
      <w:pPr>
        <w:ind w:left="360"/>
      </w:pPr>
      <w:r>
        <w:t>장소: 부산 로컬창업 타운 / 인물: 이청일 / 출처: 보도자료</w:t>
      </w:r>
    </w:p>
    <w:p>
      <w:pPr>
        <w:ind w:left="360"/>
      </w:pPr>
      <w:r>
        <w:t>22.(화) 08:00 &gt;“자금부터 채무·재창업까지”부산 소상공인 맞춤형 1:1 상담 열린다 - 부산지방중소벤처기업청, 9월 29일(화) 부산 로컬창업 타운에서 「소상공인 경영위기 극복 종합상담회」 개최 - 경영진단·정책자금·신용보증·채무조정·폐업 및 재기지원(취업·재창업) 등 분야별 전문가가 1:1 맞춤 상담 중소벤처기</w:t>
      </w:r>
    </w:p>
    <w:p>
      <w:pPr>
        <w:pStyle w:val="Source"/>
        <w:ind w:left="360"/>
      </w:pPr>
      <w:r>
        <w:t>https://www.mss.go.kr/site/busan/ex/bbs/View.do?cbIdx=222&amp;bcIdx=1071352</w:t>
      </w:r>
    </w:p>
    <w:p>
      <w:r>
        <w:br w:type="page"/>
      </w:r>
    </w:p>
    <w:p>
      <w:pPr>
        <w:pStyle w:val="Heading1"/>
        <w:keepNext/>
      </w:pPr>
      <w:r>
        <w:t>2026.09.14 - 2026.09.20</w:t>
      </w:r>
    </w:p>
    <w:p>
      <w:r>
        <w:t>5건 확인, 주요 방문지: 한국남부발전</w:t>
      </w:r>
    </w:p>
    <w:p>
      <w:pPr>
        <w:pStyle w:val="ListBullet"/>
      </w:pPr>
      <w:r>
        <w:rPr>
          <w:b/>
        </w:rPr>
        <w:t>09.17</w:t>
      </w:r>
      <w:r>
        <w:t xml:space="preserve"> | 부산중기청, 2026 부산 외국인 유학생 취업연계형 중소기업 인턴십 성료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- 1 - 보도시점(지 면) 09.18.(금) 조간(인터넷) 09.17.(목) 14:00부 산 중 기 청, 2026 부 산 외 국 인 유 학 생-지 역 중 소 기 업 잇 는 취 업 연 계 형 인 턴 십 성 료- 지 역 중 소 기 업 13개 사·외 국 인 유 학 생 14명 매 칭, 7~8월 2개 월 간 현 장 인 턴 십 진</w:t>
      </w:r>
    </w:p>
    <w:p>
      <w:pPr>
        <w:pStyle w:val="Source"/>
        <w:ind w:left="360"/>
      </w:pPr>
      <w:r>
        <w:t>https://www.mss.go.kr/site/busan/ex/bbs/View.do?cbIdx=222&amp;bcIdx=1071272</w:t>
      </w:r>
    </w:p>
    <w:p>
      <w:pPr>
        <w:pStyle w:val="ListBullet"/>
      </w:pPr>
      <w:r>
        <w:rPr>
          <w:b/>
        </w:rPr>
        <w:t>09.17</w:t>
      </w:r>
      <w:r>
        <w:t xml:space="preserve"> | 부산중기청, 글로시장 진출을 위한 인스타그램 마케팅 운영전략 온라인 교육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배포즉시부산중기청, “글로벌시장 진출을 위한 인스타그램 마케팅 운영전략” 온라인 교육 개최- 9.30(수), 글로벌 디지털 마케팅에 관심 있는 중소기업 임직원 500명 대상 교육 중소벤처기업부 부산지방중소벤처기업청(청장 이청일, 이하 부산중기청)은 중소기업의 수출 경쟁력 강화를 위해 「글로벌시장 진출을 위한 인스타그램 마</w:t>
      </w:r>
    </w:p>
    <w:p>
      <w:pPr>
        <w:pStyle w:val="Source"/>
        <w:ind w:left="360"/>
      </w:pPr>
      <w:r>
        <w:t>https://www.mss.go.kr/site/busan/ex/bbs/View.do?cbIdx=222&amp;bcIdx=1071238</w:t>
      </w:r>
    </w:p>
    <w:p>
      <w:pPr>
        <w:pStyle w:val="ListBullet"/>
      </w:pPr>
      <w:r>
        <w:rPr>
          <w:b/>
        </w:rPr>
        <w:t>09.17</w:t>
      </w:r>
      <w:r>
        <w:t xml:space="preserve"> | 부산중기청, 전통시장 이용 캠페인 실시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 xml:space="preserve">17.(목) 배포즉시부산중기청, 망미중앙시장서 ‘전통시장 이용 촉진’ 캠페인 펼쳐- 부산지방중기청 및 지역 중소기업 지원기관과 함께 추석맞이 전통시장 이용 캠페인 및 장보기 행사 진행- 지역 전통시장 소비 활성화를 위해 물품 구매 후 사회복지시설 기부 중소벤처기업부 부산지방중소벤처기업청(청장 이청일, 이하 부산중기청)은 </w:t>
      </w:r>
    </w:p>
    <w:p>
      <w:pPr>
        <w:pStyle w:val="Source"/>
        <w:ind w:left="360"/>
      </w:pPr>
      <w:r>
        <w:t>https://www.mss.go.kr/site/busan/ex/bbs/View.do?cbIdx=222&amp;bcIdx=1071273</w:t>
      </w:r>
    </w:p>
    <w:p>
      <w:pPr>
        <w:pStyle w:val="ListBullet"/>
      </w:pPr>
      <w:r>
        <w:rPr>
          <w:b/>
        </w:rPr>
        <w:t>09.17</w:t>
      </w:r>
      <w:r>
        <w:t xml:space="preserve"> | 부산중기청, 코리아 그랜드 페스티벌 연계 현장 라이브커머스 참여 소상공인 모집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보도시점(전매체) 배포즉시 보도가능부산중기청, 코리아 그랜드 페스티벌 연계 현장 라이브커머스 참여 소상공인 모집- 9월 17일(목)부 터 10월 6일(화)까 지 신 청, 온 라 인 판 로 개 척 및 판 매 촉 진 기 회 제 공- 선정 업체 대상 쇼호스트 섭외부터 라이브 방송 송출까지 전 과정 지원 중소벤처기업부 부산지방중</w:t>
      </w:r>
    </w:p>
    <w:p>
      <w:pPr>
        <w:pStyle w:val="Source"/>
        <w:ind w:left="360"/>
      </w:pPr>
      <w:r>
        <w:t>https://www.mss.go.kr/site/busan/ex/bbs/View.do?cbIdx=222&amp;bcIdx=1071245</w:t>
      </w:r>
    </w:p>
    <w:p>
      <w:pPr>
        <w:pStyle w:val="ListBullet"/>
      </w:pPr>
      <w:r>
        <w:rPr>
          <w:b/>
        </w:rPr>
        <w:t>09.19</w:t>
      </w:r>
      <w:r>
        <w:t xml:space="preserve"> | 부산중기청·남부발전·동래여성인력개발센터 AI 오피스 코워커 교육 수료식 개최</w:t>
      </w:r>
    </w:p>
    <w:p>
      <w:pPr>
        <w:ind w:left="360"/>
      </w:pPr>
      <w:r>
        <w:t>장소: 한국남부발전 / 인물: 이청일 / 출처: 보도자료</w:t>
      </w:r>
    </w:p>
    <w:p>
      <w:pPr>
        <w:ind w:left="360"/>
      </w:pPr>
      <w:r>
        <w:t>18.(금) 15:00“AI 활 용 실 무 역 량 갖 춘 부 산 지 역 여 성 인 재 20명 양 성” 부산중기청·남부발전·동래여성인력개발센터, 『AI 오피스 코워커』 교육 수료식 개최- 8월 27일부터 9월 17일까지 20명 대상 생성형 AI 활용 사무 실무 교육 완료- 교육 수료생 대상 지역 중소기업 구인 수요 연계 및</w:t>
      </w:r>
    </w:p>
    <w:p>
      <w:pPr>
        <w:pStyle w:val="Source"/>
        <w:ind w:left="360"/>
      </w:pPr>
      <w:r>
        <w:t>https://www.mss.go.kr/site/busan/ex/bbs/View.do?cbIdx=222&amp;bcIdx=1071323</w:t>
      </w:r>
    </w:p>
    <w:p>
      <w:r>
        <w:br w:type="page"/>
      </w:r>
    </w:p>
    <w:p>
      <w:pPr>
        <w:pStyle w:val="Heading1"/>
        <w:keepNext/>
      </w:pPr>
      <w:r>
        <w:t>2026.09.07 - 2026.09.13</w:t>
      </w:r>
    </w:p>
    <w:p>
      <w:r>
        <w:t>1건 확인</w:t>
      </w:r>
    </w:p>
    <w:p>
      <w:pPr>
        <w:pStyle w:val="ListBullet"/>
      </w:pPr>
      <w:r>
        <w:rPr>
          <w:b/>
        </w:rPr>
        <w:t>09.10</w:t>
      </w:r>
      <w:r>
        <w:t xml:space="preserve"> | 부산중기청, AI를 활용한 실전 SNS 콘텐츠 마케팅 교육 실시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(전매체) 배포즉시부산중기청, ‘AI를 활 용 한 실 전 SNS 콘 텐 츠 마 케 팅 교 육’ 실시- 9월 10일(목), 중소기업 임직원 대상 비대면 온라인(Zoom) 무료 교육 진행- AI 활용 숏폼 제작부터 AI 에이전트 활용까지, 실무 연계성 강화 중소벤처기업부 부산지방중소벤처기업청(청장 이청일, 이하 부산</w:t>
      </w:r>
    </w:p>
    <w:p>
      <w:pPr>
        <w:pStyle w:val="Source"/>
        <w:ind w:left="360"/>
      </w:pPr>
      <w:r>
        <w:t>https://www.mss.go.kr/site/busan/ex/bbs/View.do?cbIdx=222&amp;bcIdx=1070973</w:t>
      </w:r>
    </w:p>
    <w:p>
      <w:r>
        <w:br w:type="page"/>
      </w:r>
    </w:p>
    <w:p>
      <w:pPr>
        <w:pStyle w:val="Heading1"/>
        <w:keepNext/>
      </w:pPr>
      <w:r>
        <w:t>2026.08.31 - 2026.09.06</w:t>
      </w:r>
    </w:p>
    <w:p>
      <w:r>
        <w:t>1건 확인, 주요 방문지: 한국남부발전 본사 4층 대강당</w:t>
      </w:r>
    </w:p>
    <w:p>
      <w:pPr>
        <w:pStyle w:val="ListBullet"/>
      </w:pPr>
      <w:r>
        <w:rPr>
          <w:b/>
        </w:rPr>
        <w:t>08.31</w:t>
      </w:r>
      <w:r>
        <w:t xml:space="preserve"> | 부산중기청, 부산시·한국남부발전과 청년 첫경력 보장 위한 기업·청년 매칭데이 개최</w:t>
      </w:r>
    </w:p>
    <w:p>
      <w:pPr>
        <w:ind w:left="360"/>
      </w:pPr>
      <w:r>
        <w:t>장소: 한국남부발전 본사 4층 대강당 / 인물: 이청일 / 출처: 보도자료</w:t>
      </w:r>
    </w:p>
    <w:p>
      <w:pPr>
        <w:ind w:left="360"/>
      </w:pPr>
      <w:r>
        <w:t>8.31.(월) 18:00부산중기청, 부산시·한국남부발전과 청년 첫경력 보장 위한 기업·청년 매칭데이 개최- 부산 소재 기업 15개사와 특성화고·전문대 청년 구직자 30여 명 참여- 기 업·청 년 1:1 현 장 면 접 통 해 인 턴 십 매 칭, 4개 월 일 경 험 및 정 규 직 채 용 연 계 지 원 중소벤처기업부 부산지방</w:t>
      </w:r>
    </w:p>
    <w:p>
      <w:pPr>
        <w:pStyle w:val="Source"/>
        <w:ind w:left="360"/>
      </w:pPr>
      <w:r>
        <w:t>https://www.mss.go.kr/site/busan/ex/bbs/View.do?cbIdx=222&amp;bcIdx=1070841</w:t>
      </w:r>
    </w:p>
    <w:p>
      <w:r>
        <w:br w:type="page"/>
      </w:r>
    </w:p>
    <w:p>
      <w:pPr>
        <w:pStyle w:val="Heading1"/>
        <w:keepNext/>
      </w:pPr>
      <w:r>
        <w:t>2026.08.24 - 2026.08.30</w:t>
      </w:r>
    </w:p>
    <w:p>
      <w:r>
        <w:t>3건 확인, 주요 방문지: 미음지구 산업단지 내 조선해양기자재회관, 휴앤워크 서구워케이션</w:t>
      </w:r>
    </w:p>
    <w:p>
      <w:pPr>
        <w:pStyle w:val="ListBullet"/>
      </w:pPr>
      <w:r>
        <w:rPr>
          <w:b/>
        </w:rPr>
        <w:t>08.26</w:t>
      </w:r>
      <w:r>
        <w:t xml:space="preserve"> | 부산중기청, 조선해양기자재 업계 현장 목소리 듣고 정책지원 방안 모색</w:t>
      </w:r>
    </w:p>
    <w:p>
      <w:pPr>
        <w:ind w:left="360"/>
      </w:pPr>
      <w:r>
        <w:t>장소: 미음지구 산업단지 내 조선해양기자재회관 / 인물: 이청일 / 출처: 보도자료</w:t>
      </w:r>
    </w:p>
    <w:p>
      <w:pPr>
        <w:ind w:left="360"/>
      </w:pPr>
      <w:r>
        <w:t>보도시점 배포 즉시부산중기청, 조선해양기자재 업계 현장 목소리 듣고 정책지원 방안 모색- 8월 26일, 강서구 조선해양기자재회관서 업계 현장간담회 개최- 친환경·디지털 전환 등 업계 애로·건의사항 청취 및 정책 연계방안 논의 중소벤처기업부 부산지방중소벤처기업청(청장 이청일, 이하 부산중기청)은 지역 조선해양기자재업계의 중</w:t>
      </w:r>
    </w:p>
    <w:p>
      <w:pPr>
        <w:pStyle w:val="Source"/>
        <w:ind w:left="360"/>
      </w:pPr>
      <w:r>
        <w:t>https://www.mss.go.kr/site/busan/ex/bbs/View.do?cbIdx=222&amp;bcIdx=1070731</w:t>
      </w:r>
    </w:p>
    <w:p>
      <w:pPr>
        <w:pStyle w:val="ListBullet"/>
      </w:pPr>
      <w:r>
        <w:rPr>
          <w:b/>
        </w:rPr>
        <w:t>08.27</w:t>
      </w:r>
      <w:r>
        <w:t xml:space="preserve"> | 부산중기청·남부발전·동래여성인력개발센터 지역 여성인재 양성 및 중소기업 취업 연계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27.(목) 14:00“AI와 함께 일하는 여성인재 키운다” 부산중기청·남부발전·동래여성인력개발센터 지역 여성인재 양성 및 중소기업 취업 연계- 동래여성인력개발센터, 8월 27일부터 9월 17일까지 AI 활용 실무교육 운영- 부산중기청·남부발전, 교육 수료 여성인재와 지역 중소기업 간 취업 매칭 추진 중소벤처기업부 부산지</w:t>
      </w:r>
    </w:p>
    <w:p>
      <w:pPr>
        <w:pStyle w:val="Source"/>
        <w:ind w:left="360"/>
      </w:pPr>
      <w:r>
        <w:t>https://www.mss.go.kr/site/busan/ex/bbs/View.do?cbIdx=222&amp;bcIdx=1070760</w:t>
      </w:r>
    </w:p>
    <w:p>
      <w:pPr>
        <w:pStyle w:val="ListBullet"/>
      </w:pPr>
      <w:r>
        <w:rPr>
          <w:b/>
        </w:rPr>
        <w:t>08.28</w:t>
      </w:r>
      <w:r>
        <w:t xml:space="preserve"> | 부산중기청, ‘모두의 창업’ 2차 도전자 발굴에 힘 모은다</w:t>
      </w:r>
    </w:p>
    <w:p>
      <w:pPr>
        <w:ind w:left="360"/>
      </w:pPr>
      <w:r>
        <w:t>장소: 휴앤워크 서구워케이션 / 인물: 이청일 / 출처: 보도자료</w:t>
      </w:r>
    </w:p>
    <w:p>
      <w:pPr>
        <w:ind w:left="360"/>
      </w:pPr>
      <w:r>
        <w:t>28.(금) 조간배포즉시부 산 중 기 청, ‘모 두 의 창 업’ 2차 도 전 자 발 굴 에 힘 모 은 다- 1차 모집 경험·노하우 공유, 운영기관별 2차 모집 활성화 방안 논의- 지역 창업 인프라·네트워크 활용으로 우수 창업인재 발굴 협력 중소벤처기업부 부산지방중소벤처기업청(청장 이청일, 이하 부산중기청)은 8월 28일(</w:t>
      </w:r>
    </w:p>
    <w:p>
      <w:pPr>
        <w:pStyle w:val="Source"/>
        <w:ind w:left="360"/>
      </w:pPr>
      <w:r>
        <w:t>https://www.mss.go.kr/site/busan/ex/bbs/View.do?cbIdx=222&amp;bcIdx=1070761</w:t>
      </w:r>
    </w:p>
    <w:p>
      <w:r>
        <w:br w:type="page"/>
      </w:r>
    </w:p>
    <w:p>
      <w:pPr>
        <w:pStyle w:val="Heading1"/>
        <w:keepNext/>
      </w:pPr>
      <w:r>
        <w:t>2026.08.17 - 2026.08.23</w:t>
      </w:r>
    </w:p>
    <w:p>
      <w:r>
        <w:t>3건 확인, 주요 방문지: 현지 시장, 성장 잠재력이 높은 아세안 시장</w:t>
      </w:r>
    </w:p>
    <w:p>
      <w:pPr>
        <w:pStyle w:val="ListBullet"/>
      </w:pPr>
      <w:r>
        <w:rPr>
          <w:b/>
        </w:rPr>
        <w:t>08.17</w:t>
      </w:r>
      <w:r>
        <w:t xml:space="preserve"> | 부산중기청, 2026년 스스로프로젝트 베트남 현지에서 MOU 66건 체결 성과</w:t>
      </w:r>
    </w:p>
    <w:p>
      <w:pPr>
        <w:ind w:left="360"/>
      </w:pPr>
      <w:r>
        <w:t>장소: 현지 시장 / 인물: 이청일 / 출처: 보도자료</w:t>
      </w:r>
    </w:p>
    <w:p>
      <w:pPr>
        <w:ind w:left="360"/>
      </w:pPr>
      <w:r>
        <w:t>31.(금) 석간 &lt; 8.31.(금) 배포즉시 &gt;부산중기청, 「2026년 스스로 프로젝트」 베트남 현지에서 MOU 66건 체결 성과- 지역 유망 스타트업 20개사, 현지 바이어·투자사와 266회 밋업 및 1,569만 달러 규모 MOU 체결- PoC 협약 25건 등 현지 실증·사업화로 연계 가능한 글로벌 협력 기반 마련 중</w:t>
      </w:r>
    </w:p>
    <w:p>
      <w:pPr>
        <w:pStyle w:val="Source"/>
        <w:ind w:left="360"/>
      </w:pPr>
      <w:r>
        <w:t>https://www.mss.go.kr/site/busan/ex/bbs/View.do?cbIdx=222&amp;bcIdx=1070817</w:t>
      </w:r>
    </w:p>
    <w:p>
      <w:pPr>
        <w:pStyle w:val="ListBullet"/>
      </w:pPr>
      <w:r>
        <w:rPr>
          <w:b/>
        </w:rPr>
        <w:t>08.18</w:t>
      </w:r>
      <w:r>
        <w:t xml:space="preserve"> | 부산중기청, 글로벌사우스(베트남 말레이시아) 에너지기계플랜트 시장개척단 참여기업 모집</w:t>
      </w:r>
    </w:p>
    <w:p>
      <w:pPr>
        <w:ind w:left="360"/>
      </w:pPr>
      <w:r>
        <w:t>장소: 성장 잠재력이 높은 아세안 시장 / 인물: 이청일 / 출처: 보도자료</w:t>
      </w:r>
    </w:p>
    <w:p>
      <w:pPr>
        <w:ind w:left="360"/>
      </w:pPr>
      <w:r>
        <w:t>보도시점 (전매체) 배포즉시부산중기청, 글로벌사우스(베트남, 말레이시아) 에너지·기계플랜트 시장개척단 참여기업 모집- 부산·울산·경남 소재 에너지·기계플랜트 분야 중소기업 신청·접수 (8.4~8.18)- 현지 진출 수요가 높은 10개사를 선정해 10월 베트남(호치민), 말레이시아(쿠알라룸푸르)에서 현지 수출상담회 개최 중</w:t>
      </w:r>
    </w:p>
    <w:p>
      <w:pPr>
        <w:pStyle w:val="Source"/>
        <w:ind w:left="360"/>
      </w:pPr>
      <w:r>
        <w:t>https://www.mss.go.kr/site/busan/ex/bbs/View.do?cbIdx=222&amp;bcIdx=1070346</w:t>
      </w:r>
    </w:p>
    <w:p>
      <w:pPr>
        <w:pStyle w:val="ListBullet"/>
      </w:pPr>
      <w:r>
        <w:rPr>
          <w:b/>
        </w:rPr>
        <w:t>08.19</w:t>
      </w:r>
      <w:r>
        <w:t xml:space="preserve"> | 부산중기청, 국민 창업 열기 이어간다.「2차 모두의 창업 프로젝트」 도전자 모집</w:t>
      </w:r>
    </w:p>
    <w:p>
      <w:pPr>
        <w:ind w:left="360"/>
      </w:pPr>
      <w:r>
        <w:t>장소: 까지 ‘모두의 창업 플랫폼’ / 인물: 이청일 / 출처: 보도자료</w:t>
      </w:r>
    </w:p>
    <w:p>
      <w:pPr>
        <w:ind w:left="360"/>
      </w:pPr>
      <w:r>
        <w:t>19.(수) 배포즉시국민 창업 열기 이어간다… 「2차 모두의 창업 프로젝트」 도전자 모집- 9월 17일 16시까지 ‘모두의 창업 플랫폼’에서 신청- 부산지역 설명회 8월 26일·9월 5일 두 차례 개최 중소벤처기업부 부산지방중소벤처기업청(청장 이청일, 이하 부산중기청)은 혁신적인 아이디어를 가진 국민의 창업 도전을 지원하</w:t>
      </w:r>
    </w:p>
    <w:p>
      <w:pPr>
        <w:pStyle w:val="Source"/>
        <w:ind w:left="360"/>
      </w:pPr>
      <w:r>
        <w:t>https://www.mss.go.kr/site/busan/ex/bbs/View.do?cbIdx=222&amp;bcIdx=1070567</w:t>
      </w:r>
    </w:p>
    <w:p>
      <w:r>
        <w:br w:type="page"/>
      </w:r>
    </w:p>
    <w:p>
      <w:pPr>
        <w:pStyle w:val="Heading1"/>
        <w:keepNext/>
      </w:pPr>
      <w:r>
        <w:t>2026.08.10 - 2026.08.16</w:t>
      </w:r>
    </w:p>
    <w:p>
      <w:r>
        <w:t>2건 확인, 주요 방문지: 벡스코 제2전시관 회의실, 부산 기장군 소재 대선주조(주)</w:t>
      </w:r>
    </w:p>
    <w:p>
      <w:pPr>
        <w:pStyle w:val="ListBullet"/>
      </w:pPr>
      <w:r>
        <w:rPr>
          <w:b/>
        </w:rPr>
        <w:t>08.12</w:t>
      </w:r>
      <w:r>
        <w:t xml:space="preserve"> | 부산중기청, AI가 찾아주는 해외바이어로 지역 중소기업 수출 지원</w:t>
      </w:r>
    </w:p>
    <w:p>
      <w:pPr>
        <w:ind w:left="360"/>
      </w:pPr>
      <w:r>
        <w:t>장소: 벡스코 제2전시관 회의실 / 인물: 이청일 / 출처: 보도자료</w:t>
      </w:r>
    </w:p>
    <w:p>
      <w:pPr>
        <w:ind w:left="360"/>
      </w:pPr>
      <w:r>
        <w:t>12( ) 부산중기청 가 찾아주는 해외바이어, AI ··· 지역 중소기업 수출길 넓힌다 - 지 역 수 출 기 업 개 사 대 상 35 「 무 역 플 랫 폼 활 용 바 이 어 발 굴 실 습 교 육AI 」 개 최 (8.12) - 해 외 시 장 분 석 부 터 바 이 어 발 굴 까 지 개 월 간 기 반 무 역 플 랫 폼 활 용 바</w:t>
      </w:r>
    </w:p>
    <w:p>
      <w:pPr>
        <w:pStyle w:val="Source"/>
        <w:ind w:left="360"/>
      </w:pPr>
      <w:r>
        <w:t>https://www.mss.go.kr/site/busan/ex/bbs/View.do?cbIdx=222&amp;bcIdx=1070466</w:t>
      </w:r>
    </w:p>
    <w:p>
      <w:pPr>
        <w:pStyle w:val="ListBullet"/>
      </w:pPr>
      <w:r>
        <w:rPr>
          <w:b/>
        </w:rPr>
        <w:t>08.14</w:t>
      </w:r>
      <w:r>
        <w:t xml:space="preserve"> | 부산중기청, 스마트 제조혁신 현장 체험 이어간다</w:t>
      </w:r>
    </w:p>
    <w:p>
      <w:pPr>
        <w:ind w:left="360"/>
      </w:pPr>
      <w:r>
        <w:t>장소: 부산 기장군 소재 대선주조(주) / 인물: 이청일 / 출처: 보도자료</w:t>
      </w:r>
    </w:p>
    <w:p>
      <w:pPr>
        <w:ind w:left="360"/>
      </w:pPr>
      <w:r>
        <w:t xml:space="preserve">14.(금) 14:00 &gt;부산중기청, 스마트 제조혁신 현장 체험 이어간다- 100여 개 기업 신청…3회로 나눠 K-스마트 등대공장 현장 견학- 수요·공급기업 간 제조혁신 사례 공유와 현장 교류 기회 마련 중소벤처기업부 부산지방중소벤처기업청(청장 이청일, 이하 부산중기청)은 8월 14일 부산 기장군 소재 대선주조(주)에서 </w:t>
      </w:r>
    </w:p>
    <w:p>
      <w:pPr>
        <w:pStyle w:val="Source"/>
        <w:ind w:left="360"/>
      </w:pPr>
      <w:r>
        <w:t>https://www.mss.go.kr/site/busan/ex/bbs/View.do?cbIdx=222&amp;bcIdx=1070515</w:t>
      </w:r>
    </w:p>
    <w:p>
      <w:r>
        <w:br w:type="page"/>
      </w:r>
    </w:p>
    <w:p>
      <w:pPr>
        <w:pStyle w:val="Heading1"/>
        <w:keepNext/>
      </w:pPr>
      <w:r>
        <w:t>2026.08.03 - 2026.08.09</w:t>
      </w:r>
    </w:p>
    <w:p>
      <w:r>
        <w:t>공식 홈페이지 기준 확인된 청장 동선 없음</w:t>
      </w:r>
    </w:p>
    <w:p>
      <w:pPr>
        <w:pStyle w:val="ListBullet"/>
      </w:pPr>
      <w:r>
        <w:t>공식 홈페이지 기준 확인된 청장 동선이 없습니다.</w:t>
      </w:r>
    </w:p>
    <w:p>
      <w:r>
        <w:br w:type="page"/>
      </w:r>
    </w:p>
    <w:p>
      <w:pPr>
        <w:pStyle w:val="Heading1"/>
        <w:keepNext/>
      </w:pPr>
      <w:r>
        <w:t>2026.07.27 - 2026.08.02</w:t>
      </w:r>
    </w:p>
    <w:p>
      <w:r>
        <w:t>공식 홈페이지 기준 확인된 청장 동선 없음</w:t>
      </w:r>
    </w:p>
    <w:p>
      <w:pPr>
        <w:pStyle w:val="ListBullet"/>
      </w:pPr>
      <w:r>
        <w:t>공식 홈페이지 기준 확인된 청장 동선이 없습니다.</w:t>
      </w:r>
    </w:p>
    <w:p>
      <w:r>
        <w:br w:type="page"/>
      </w:r>
    </w:p>
    <w:p>
      <w:pPr>
        <w:pStyle w:val="Heading1"/>
        <w:keepNext/>
      </w:pPr>
      <w:r>
        <w:t>2026.07.20 - 2026.07.26</w:t>
      </w:r>
    </w:p>
    <w:p>
      <w:r>
        <w:t>2건 확인, 주요 방문지: 부산시청, ㈜세지솔로텍</w:t>
      </w:r>
    </w:p>
    <w:p>
      <w:pPr>
        <w:pStyle w:val="ListBullet"/>
      </w:pPr>
      <w:r>
        <w:rPr>
          <w:b/>
        </w:rPr>
        <w:t>07.21</w:t>
      </w:r>
      <w:r>
        <w:t xml:space="preserve"> | 부산중기청, 부산청년 상생협력 첫경력 보장 시범사업 업무협약 체결</w:t>
      </w:r>
    </w:p>
    <w:p>
      <w:pPr>
        <w:ind w:left="360"/>
      </w:pPr>
      <w:r>
        <w:t>장소: 부산시청 / 인물: 이청일 / 출처: 보도자료</w:t>
      </w:r>
    </w:p>
    <w:p>
      <w:pPr>
        <w:ind w:left="360"/>
      </w:pPr>
      <w:r>
        <w:t>부산중기청, 부산청년 상생협력 첫경력 보장 시범사업 업무협약 체결 * 자세한 사항은 붙임 파일을 참조해 주시기 바랍니</w:t>
      </w:r>
    </w:p>
    <w:p>
      <w:pPr>
        <w:pStyle w:val="Source"/>
        <w:ind w:left="360"/>
      </w:pPr>
      <w:r>
        <w:t>https://www.mss.go.kr/site/busan/ex/bbs/View.do?cbIdx=222&amp;bcIdx=1069949</w:t>
      </w:r>
    </w:p>
    <w:p>
      <w:pPr>
        <w:pStyle w:val="ListBullet"/>
      </w:pPr>
      <w:r>
        <w:rPr>
          <w:b/>
        </w:rPr>
        <w:t>07.23</w:t>
      </w:r>
      <w:r>
        <w:t xml:space="preserve"> | 부산중기청, 「찾아가는 수출 通」으로 지역중소기업 수출 애로 듣는다</w:t>
      </w:r>
    </w:p>
    <w:p>
      <w:pPr>
        <w:ind w:left="360"/>
      </w:pPr>
      <w:r>
        <w:t>장소: ㈜세지솔로텍 / 인물: 이청일 / 출처: 보도자료</w:t>
      </w:r>
    </w:p>
    <w:p>
      <w:pPr>
        <w:ind w:left="360"/>
      </w:pPr>
      <w:r>
        <w:t xml:space="preserve">23.(목) 15:00부산중기청, 「찾아가는 수출 通」으로지역중소기업 수출 애로 듣는다-‘26.07.23.(목) 지역 수출기업 15개사와 수출기업 애로 간담회 개최 중소벤처기업부 부산지방중소벤처기업청(청장 이청일, 이하 부산중기청)은 지역 중소기업의 수출 애로를 청취하기 위해 7월 23일 ㈜세지솔로텍에서 미래제조혁신협회 </w:t>
      </w:r>
    </w:p>
    <w:p>
      <w:pPr>
        <w:pStyle w:val="Source"/>
        <w:ind w:left="360"/>
      </w:pPr>
      <w:r>
        <w:t>https://www.mss.go.kr/site/busan/ex/bbs/View.do?cbIdx=222&amp;bcIdx=1070007</w:t>
      </w:r>
    </w:p>
    <w:p>
      <w:r>
        <w:br w:type="page"/>
      </w:r>
    </w:p>
    <w:p>
      <w:pPr>
        <w:pStyle w:val="Heading1"/>
        <w:keepNext/>
      </w:pPr>
      <w:r>
        <w:t>2026.07.13 - 2026.07.19</w:t>
      </w:r>
    </w:p>
    <w:p>
      <w:r>
        <w:t>4건 확인, 주요 방문지: 부산 코모도호텔, &gt;부산중기청, 해외규격인증획득 지원사업(2차) 참여기업 모집- 수출 대상국</w:t>
      </w:r>
    </w:p>
    <w:p>
      <w:pPr>
        <w:pStyle w:val="ListBullet"/>
      </w:pPr>
      <w:r>
        <w:rPr>
          <w:b/>
        </w:rPr>
        <w:t>07.14</w:t>
      </w:r>
      <w:r>
        <w:t xml:space="preserve"> | 부산중기청, 「한국여성경제인협회 부산지회 창립기념식」 유공자 포상 및 여성기업인 격려</w:t>
      </w:r>
    </w:p>
    <w:p>
      <w:pPr>
        <w:ind w:left="360"/>
      </w:pPr>
      <w:r>
        <w:t>장소: 부산 코모도호텔 / 인물: 이청일 / 출처: 보도자료</w:t>
      </w:r>
    </w:p>
    <w:p>
      <w:pPr>
        <w:ind w:left="360"/>
      </w:pPr>
      <w:r>
        <w:t>보도시점 2025.7.15.(수) 조간 부산중기청, 「한국여성경제인협회 부산지회 창립기념식」 참석해 유공자 포상 및 여성기업인 격려 - 제27 창립기념식 맞아 모범여성기업인 유공 포상 전수 - 7월 14일 부산 코모도호텔에서 여성기업인 등 200여 명 참석 중소벤처기업부 부산지방중소벤처기업청(청장 이청일, 이하 부산중기청</w:t>
      </w:r>
    </w:p>
    <w:p>
      <w:pPr>
        <w:pStyle w:val="Source"/>
        <w:ind w:left="360"/>
      </w:pPr>
      <w:r>
        <w:t>https://www.mss.go.kr/site/busan/ex/bbs/View.do?cbIdx=222&amp;bcIdx=1069825</w:t>
      </w:r>
    </w:p>
    <w:p>
      <w:pPr>
        <w:pStyle w:val="ListBullet"/>
      </w:pPr>
      <w:r>
        <w:rPr>
          <w:b/>
        </w:rPr>
        <w:t>07.15</w:t>
      </w:r>
      <w:r>
        <w:t xml:space="preserve"> | 부산중기청, K-방산 미래 이끌 ‘혁신 스타트업’ 모집 안내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15.(수) 14:00 &gt;부산중기청, K-방산 미래 이끌 ‘혁신 스타트업’ 모집 안내- 군 · 방산 분야 수요기업과 협업할 혁신 스타트업 50개사 내외 모집- 스타트업 기술검증(PoC)·시제품 제작 등 협업 과제별 최대 1억원 지원 중소벤처기업부 부산지방중소벤처기업청(청장 이청일, 이하 부산중기청)은 「민관협력 오픈이노베</w:t>
      </w:r>
    </w:p>
    <w:p>
      <w:pPr>
        <w:pStyle w:val="Source"/>
        <w:ind w:left="360"/>
      </w:pPr>
      <w:r>
        <w:t>https://www.mss.go.kr/site/busan/ex/bbs/View.do?cbIdx=222&amp;bcIdx=1069872</w:t>
      </w:r>
    </w:p>
    <w:p>
      <w:pPr>
        <w:pStyle w:val="ListBullet"/>
      </w:pPr>
      <w:r>
        <w:rPr>
          <w:b/>
        </w:rPr>
        <w:t>07.15</w:t>
      </w:r>
      <w:r>
        <w:t xml:space="preserve"> | 부산중기청, 해외규격인증획득 지원사업(2차) 참여기업 모집</w:t>
      </w:r>
    </w:p>
    <w:p>
      <w:pPr>
        <w:ind w:left="360"/>
      </w:pPr>
      <w:r>
        <w:t>장소: &gt;부산중기청, 해외규격인증획득 지원사업(2차) 참여기업 모집- 수출 대상국 / 인물: 이청일 / 출처: 보도자료</w:t>
      </w:r>
    </w:p>
    <w:p>
      <w:pPr>
        <w:ind w:left="360"/>
      </w:pPr>
      <w:r>
        <w:t>14.(화) 12:00 &gt;부산중기청, 해외규격인증획득 지원사업(2차) 참여기업 모집- 수출 대상국에서 요구하는 규격인증 획득 소요비용 지원(최대 1.5억원)- 부산 지역 중소기업의 글로벌 수출규제 대응과 해외시장 진출 지원 중소벤처기업부 부산지방중소벤처기업청(청장 이청일, 이하 부산중기청)은 7월 15일(수)부터 ｢202</w:t>
      </w:r>
    </w:p>
    <w:p>
      <w:pPr>
        <w:pStyle w:val="Source"/>
        <w:ind w:left="360"/>
      </w:pPr>
      <w:r>
        <w:t>https://www.mss.go.kr/site/busan/ex/bbs/View.do?cbIdx=222&amp;bcIdx=1069866</w:t>
      </w:r>
    </w:p>
    <w:p>
      <w:pPr>
        <w:pStyle w:val="ListBullet"/>
      </w:pPr>
      <w:r>
        <w:rPr>
          <w:b/>
        </w:rPr>
        <w:t>07.19</w:t>
      </w:r>
      <w:r>
        <w:t xml:space="preserve"> | 부산중기청, 온누리상품권 가맹점 유효기간 만료 전 갱신 당부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배포 즉시부산중기청, 온누리상품권 가맹점유효기간 만료 전 갱신 당부- 부산 지역 온누리상품권 가맹점 1만 3천개, 10월 18일 유효기간 만료- 대규모 갱신 기간 도래에 맞춰 갱신 신청 편의성 개선, 홍보 강화 추진 중소벤처기업부 부산지방중소벤처기업청(청장 이청일, 이하 부산중기청)은 온누리상품권 가맹점 등록 유</w:t>
      </w:r>
    </w:p>
    <w:p>
      <w:pPr>
        <w:pStyle w:val="Source"/>
        <w:ind w:left="360"/>
      </w:pPr>
      <w:r>
        <w:t>https://www.mss.go.kr/site/busan/ex/bbs/View.do?cbIdx=222&amp;bcIdx=1070644</w:t>
      </w:r>
    </w:p>
    <w:p>
      <w:r>
        <w:br w:type="page"/>
      </w:r>
    </w:p>
    <w:p>
      <w:pPr>
        <w:pStyle w:val="Heading1"/>
        <w:keepNext/>
      </w:pPr>
      <w:r>
        <w:t>2026.07.06 - 2026.07.12</w:t>
      </w:r>
    </w:p>
    <w:p>
      <w:r>
        <w:t>6건 확인, 주요 방문지: 부산진해경자청, 부산중기청 3층 대강당</w:t>
      </w:r>
    </w:p>
    <w:p>
      <w:pPr>
        <w:pStyle w:val="ListBullet"/>
      </w:pPr>
      <w:r>
        <w:rPr>
          <w:b/>
        </w:rPr>
        <w:t>07.07</w:t>
      </w:r>
      <w:r>
        <w:t xml:space="preserve"> | 부산중기청, 중국 이커머스 플랫홈 활용 온라인 수출 전략 교육 개최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(전매체) 배포즉시부산중기청, 중국 이커머스 플랫폼 활용 수출전략 온라인 교육 개최-7월 7일, 중 국 온 라 인 시 장 진 출 에 관 심 있 는 중 소 기 업 임 직 원 500명 대 상 실 무 교 육 중소벤처기업부 부산지방중소벤처기업청(청장 이청일, 이하 부산중기청)은 지역 중소기업의 온라인 수출 경쟁력 강화를</w:t>
      </w:r>
    </w:p>
    <w:p>
      <w:pPr>
        <w:pStyle w:val="Source"/>
        <w:ind w:left="360"/>
      </w:pPr>
      <w:r>
        <w:t>https://www.mss.go.kr/site/busan/ex/bbs/View.do?cbIdx=222&amp;bcIdx=1069488</w:t>
      </w:r>
    </w:p>
    <w:p>
      <w:pPr>
        <w:pStyle w:val="ListBullet"/>
      </w:pPr>
      <w:r>
        <w:rPr>
          <w:b/>
        </w:rPr>
        <w:t>07.07</w:t>
      </w:r>
      <w:r>
        <w:t xml:space="preserve"> | 부산중기청-부산진해경자청-부산기계공고 BJFEZ 인사이트 트립 연계 취업 지원 업무협약 체결</w:t>
      </w:r>
    </w:p>
    <w:p>
      <w:pPr>
        <w:ind w:left="360"/>
      </w:pPr>
      <w:r>
        <w:t>장소: 부산진해경자청 / 인물: 이청일 / 출처: 보도자료</w:t>
      </w:r>
    </w:p>
    <w:p>
      <w:pPr>
        <w:ind w:left="360"/>
      </w:pPr>
      <w:r>
        <w:t>부산중기청-부산진해경자청-부산기계공고 BJFEZ 인사이트 트립 연계 취업 지원 업무협약 체결 * 자세한 사항은 첨부파일을 참조해 주시기 바랍니</w:t>
      </w:r>
    </w:p>
    <w:p>
      <w:pPr>
        <w:pStyle w:val="Source"/>
        <w:ind w:left="360"/>
      </w:pPr>
      <w:r>
        <w:t>https://www.mss.go.kr/site/busan/ex/bbs/View.do?cbIdx=222&amp;bcIdx=1069659</w:t>
      </w:r>
    </w:p>
    <w:p>
      <w:pPr>
        <w:pStyle w:val="ListBullet"/>
      </w:pPr>
      <w:r>
        <w:rPr>
          <w:b/>
        </w:rPr>
        <w:t>07.09</w:t>
      </w:r>
      <w:r>
        <w:t xml:space="preserve"> | 기술보호·범죄예방 한자리에서 안내</w:t>
      </w:r>
    </w:p>
    <w:p>
      <w:pPr>
        <w:ind w:left="360"/>
      </w:pPr>
      <w:r>
        <w:t>장소: 부산중기청 3층 대강당 / 인물: 이청일 / 출처: 보도자료</w:t>
      </w:r>
    </w:p>
    <w:p>
      <w:pPr>
        <w:ind w:left="360"/>
      </w:pPr>
      <w:r>
        <w:t>9.(목) 14:00 &gt;기술보호·범죄예방 한자리에서 안내- 부산중기청·부산경찰청, 기술보호 및 범죄예방 합동설명회 개최- 기술보호 지원사업, 산업기술 유출·노쇼사기 예방 등 현장 안내 중소벤처기업부 부산지방중소벤처기업청(청장 이청일, 이하 부산중기청)은 7월 9일 부산중기청 3층 대강당에서 부산경찰청과 함께「부산지역 기술</w:t>
      </w:r>
    </w:p>
    <w:p>
      <w:pPr>
        <w:pStyle w:val="Source"/>
        <w:ind w:left="360"/>
      </w:pPr>
      <w:r>
        <w:t>https://www.mss.go.kr/site/busan/ex/bbs/View.do?cbIdx=222&amp;bcIdx=1069720</w:t>
      </w:r>
    </w:p>
    <w:p>
      <w:pPr>
        <w:pStyle w:val="ListBullet"/>
      </w:pPr>
      <w:r>
        <w:rPr>
          <w:b/>
        </w:rPr>
        <w:t>07.09</w:t>
      </w:r>
      <w:r>
        <w:t xml:space="preserve"> | 부산중기청, 부산경찰청 기술보호 및 범죄예방 합동설명회 개최</w:t>
      </w:r>
    </w:p>
    <w:p>
      <w:pPr>
        <w:ind w:left="360"/>
      </w:pPr>
      <w:r>
        <w:t>장소: 부산중기청 3층 대강당 / 인물: 이청일 / 출처: 보도자료</w:t>
      </w:r>
    </w:p>
    <w:p>
      <w:pPr>
        <w:ind w:left="360"/>
      </w:pPr>
      <w:r>
        <w:t>부산중기청, 부산경찰청 기술보호 및 범죄예방 합동설명회 개최 * 자세한 사항은 붙임 파일을 참조해 주시기 바랍니</w:t>
      </w:r>
    </w:p>
    <w:p>
      <w:pPr>
        <w:pStyle w:val="Source"/>
        <w:ind w:left="360"/>
      </w:pPr>
      <w:r>
        <w:t>https://www.mss.go.kr/site/busan/ex/bbs/View.do?cbIdx=222&amp;bcIdx=1069591</w:t>
      </w:r>
    </w:p>
    <w:p>
      <w:pPr>
        <w:pStyle w:val="ListBullet"/>
      </w:pPr>
      <w:r>
        <w:rPr>
          <w:b/>
        </w:rPr>
        <w:t>07.09</w:t>
      </w:r>
      <w:r>
        <w:t xml:space="preserve"> | 부산중기청장, 희망리턴패키지로 재도약한 천연조미료 전문기업 ‘정성깃든’ 방문</w:t>
      </w:r>
    </w:p>
    <w:p>
      <w:pPr>
        <w:ind w:left="360"/>
      </w:pPr>
      <w:r>
        <w:t>장소: 정직한 먹거리에 대한 철학을 바탕으로 건강식 시장 / 인물: 이청일 / 출처: 보도자료</w:t>
      </w:r>
    </w:p>
    <w:p>
      <w:pPr>
        <w:ind w:left="360"/>
      </w:pPr>
      <w:r>
        <w:t>부산중기청장, 희망리턴패키지로 재도약한 천연조미료 전문기업 ‘정성깃든’ 방문 * 자세한 사항은 붙임 파일을 참조해 주시기 바랍니</w:t>
      </w:r>
    </w:p>
    <w:p>
      <w:pPr>
        <w:pStyle w:val="Source"/>
        <w:ind w:left="360"/>
      </w:pPr>
      <w:r>
        <w:t>https://www.mss.go.kr/site/busan/ex/bbs/View.do?cbIdx=222&amp;bcIdx=1069712</w:t>
      </w:r>
    </w:p>
    <w:p>
      <w:pPr>
        <w:pStyle w:val="ListBullet"/>
      </w:pPr>
      <w:r>
        <w:rPr>
          <w:b/>
        </w:rPr>
        <w:t>07.10</w:t>
      </w:r>
      <w:r>
        <w:t xml:space="preserve"> | 부산중기청, 민‧관 합동 구매상담회로 지역기업 판로 확대 나선다</w:t>
      </w:r>
    </w:p>
    <w:p>
      <w:pPr>
        <w:ind w:left="360"/>
      </w:pPr>
      <w:r>
        <w:t>장소: 관 협력을 바탕으로 지역기업의 우수한 제품이 다양한 시장 / 인물: 이청일 / 출처: 보도자료</w:t>
      </w:r>
    </w:p>
    <w:p>
      <w:pPr>
        <w:ind w:left="360"/>
      </w:pPr>
      <w:r>
        <w:t>부산중기청, 민‧관 합동 구매상담회로 지역기업 판로 확대 나선다 * 자세한 사항은 붙임파일을 참고해 주시기 바랍니</w:t>
      </w:r>
    </w:p>
    <w:p>
      <w:pPr>
        <w:pStyle w:val="Source"/>
        <w:ind w:left="360"/>
      </w:pPr>
      <w:r>
        <w:t>https://www.mss.go.kr/site/busan/ex/bbs/View.do?cbIdx=222&amp;bcIdx=1069716</w:t>
      </w:r>
    </w:p>
    <w:p>
      <w:r>
        <w:br w:type="page"/>
      </w:r>
    </w:p>
    <w:p>
      <w:pPr>
        <w:pStyle w:val="Heading1"/>
        <w:keepNext/>
      </w:pPr>
      <w:r>
        <w:t>2026.06.29 - 2026.07.05</w:t>
      </w:r>
    </w:p>
    <w:p>
      <w:r>
        <w:t>3건 확인</w:t>
      </w:r>
    </w:p>
    <w:p>
      <w:pPr>
        <w:pStyle w:val="ListBullet"/>
      </w:pPr>
      <w:r>
        <w:rPr>
          <w:b/>
        </w:rPr>
        <w:t>06.29</w:t>
      </w:r>
      <w:r>
        <w:t xml:space="preserve"> | 부산중기청, ‘부산 외국인 유학생 지역 정주 인턴십’ 본격 시동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29.(월) 조간 부산중기청, 유관기관 협력으로 ‘외국인 유학생 지역 정주 인턴십’ 본격 시동- 부산중기청·남부발전·부산글로벌도시재단 공동, ‘2026 외국인 유학생 인턴십’ 오리엔테이션 개최 - 베트남, 일본 등 8개국 유학생 14명, 부산 지역 우수 중소기업 13개사에 매칭 및 현장 실무 돌입 중소벤처기업부 부산지방중</w:t>
      </w:r>
    </w:p>
    <w:p>
      <w:pPr>
        <w:pStyle w:val="Source"/>
        <w:ind w:left="360"/>
      </w:pPr>
      <w:r>
        <w:t>https://www.mss.go.kr/site/busan/ex/bbs/View.do?cbIdx=222&amp;bcIdx=1069376</w:t>
      </w:r>
    </w:p>
    <w:p>
      <w:pPr>
        <w:pStyle w:val="ListBullet"/>
      </w:pPr>
      <w:r>
        <w:rPr>
          <w:b/>
        </w:rPr>
        <w:t>06.29</w:t>
      </w:r>
      <w:r>
        <w:t xml:space="preserve"> | 부산중기청, 중동(UAE,이집트) 에너지기계플랜트 시장개척단 참여기업 모집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(전매체) 2026.06.29부산중기청, 중동(UAE, 이집트) 에너지·기계플랜트 시장개척단 참여기업 모집- 중동 시장 인프라 재건 및 산업 설비 수요 회복에 대응해 10월 UAE(두바이), 이집트(카이로)에서 현지 수출상담회 개최 - 부산·울산·경남 소재 에너지·기계플랜트 업종 중소기업 10개사 모집 (6.29</w:t>
      </w:r>
    </w:p>
    <w:p>
      <w:pPr>
        <w:pStyle w:val="Source"/>
        <w:ind w:left="360"/>
      </w:pPr>
      <w:r>
        <w:t>https://www.mss.go.kr/site/busan/ex/bbs/View.do?cbIdx=222&amp;bcIdx=1069402</w:t>
      </w:r>
    </w:p>
    <w:p>
      <w:pPr>
        <w:pStyle w:val="ListBullet"/>
      </w:pPr>
      <w:r>
        <w:rPr>
          <w:b/>
        </w:rPr>
        <w:t>07.03</w:t>
      </w:r>
      <w:r>
        <w:t xml:space="preserve"> | 2026년 스스로프로젝트 발대식 개최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4.(토) 조간 &lt; 7.3.(금) 14:00 &gt;비수도권 혁신 스타트업의 글로벌 진출,「2026년 스스로 프로젝트」 본격 출발- 글로벌 진출 유망 스타트업 20개사 선정, 베트남 시장 진출 본격 지원- 사전진단 멘토링과 해외진출 교육으로 성공적인 글로벌 시장 안착 지원 중소벤처기업부 부산지방중소벤처기업청(청장 이청일, 이하</w:t>
      </w:r>
    </w:p>
    <w:p>
      <w:pPr>
        <w:pStyle w:val="Source"/>
        <w:ind w:left="360"/>
      </w:pPr>
      <w:r>
        <w:t>https://www.mss.go.kr/site/busan/ex/bbs/View.do?cbIdx=222&amp;bcIdx=1069590</w:t>
      </w:r>
    </w:p>
    <w:p>
      <w:r>
        <w:br w:type="page"/>
      </w:r>
    </w:p>
    <w:p>
      <w:pPr>
        <w:pStyle w:val="Heading1"/>
        <w:keepNext/>
      </w:pPr>
      <w:r>
        <w:t>2026.06.22 - 2026.06.28</w:t>
      </w:r>
    </w:p>
    <w:p>
      <w:r>
        <w:t>3건 확인, 주요 방문지: 벡스코 제1전시장 2A홀, 웨스틴조선부산</w:t>
      </w:r>
    </w:p>
    <w:p>
      <w:pPr>
        <w:pStyle w:val="ListBullet"/>
      </w:pPr>
      <w:r>
        <w:rPr>
          <w:b/>
        </w:rPr>
        <w:t>06.22</w:t>
      </w:r>
      <w:r>
        <w:t xml:space="preserve"> | 부산중기청‧부산시 「지역상품 합동구매 상담회」 참여기업 모집</w:t>
      </w:r>
    </w:p>
    <w:p>
      <w:pPr>
        <w:ind w:left="360"/>
      </w:pPr>
      <w:r>
        <w:t>장소: 벡스코 제1전시장 2A홀 / 인물: 이청일 / 출처: 보도자료</w:t>
      </w:r>
    </w:p>
    <w:p>
      <w:pPr>
        <w:ind w:left="360"/>
      </w:pPr>
      <w:r>
        <w:t>부산중기청‧부산시 「지역상품 합동구매 상담회」 참여기업 모집 * 자세한 내용은 첨부파일을 참조해 주시기 바랍니</w:t>
      </w:r>
    </w:p>
    <w:p>
      <w:pPr>
        <w:pStyle w:val="Source"/>
        <w:ind w:left="360"/>
      </w:pPr>
      <w:r>
        <w:t>https://www.mss.go.kr/site/busan/ex/bbs/View.do?cbIdx=222&amp;bcIdx=1068933</w:t>
      </w:r>
    </w:p>
    <w:p>
      <w:pPr>
        <w:pStyle w:val="ListBullet"/>
      </w:pPr>
      <w:r>
        <w:rPr>
          <w:b/>
        </w:rPr>
        <w:t>06.23</w:t>
      </w:r>
      <w:r>
        <w:t xml:space="preserve"> | 부산중기청, 한국남부발전과 함께 중소기업 구매상담회 「2026 K-NEW 파트너데이」 행사 개최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부산중기청, 한국남부발전과 함께 중소기업 구매상담회 「2026 K-NEW 파트너데이」 행사 개최 * 자세한 내용은 첨부파일을 참조해 주시기 바랍니</w:t>
      </w:r>
    </w:p>
    <w:p>
      <w:pPr>
        <w:pStyle w:val="Source"/>
        <w:ind w:left="360"/>
      </w:pPr>
      <w:r>
        <w:t>https://www.mss.go.kr/site/busan/ex/bbs/View.do?cbIdx=222&amp;bcIdx=1069269</w:t>
      </w:r>
    </w:p>
    <w:p>
      <w:pPr>
        <w:pStyle w:val="ListBullet"/>
      </w:pPr>
      <w:r>
        <w:rPr>
          <w:b/>
        </w:rPr>
        <w:t>06.24</w:t>
      </w:r>
      <w:r>
        <w:t xml:space="preserve"> | 부산중기청, AX 가속화를 위한 기술교류 세미나 개최</w:t>
      </w:r>
    </w:p>
    <w:p>
      <w:pPr>
        <w:ind w:left="360"/>
      </w:pPr>
      <w:r>
        <w:t>장소: 웨스틴조선부산 / 인물: 이청일 / 출처: 보도자료</w:t>
      </w:r>
    </w:p>
    <w:p>
      <w:pPr>
        <w:ind w:left="360"/>
      </w:pPr>
      <w:r>
        <w:t>부산중기청, AX 가속화를 위한 기술교류 세미나 개최 * 상세한 내용은 붙임 파일을 참고해 주시기 바랍니</w:t>
      </w:r>
    </w:p>
    <w:p>
      <w:pPr>
        <w:pStyle w:val="Source"/>
        <w:ind w:left="360"/>
      </w:pPr>
      <w:r>
        <w:t>https://www.mss.go.kr/site/busan/ex/bbs/View.do?cbIdx=222&amp;bcIdx=1069309</w:t>
      </w:r>
    </w:p>
    <w:p>
      <w:r>
        <w:br w:type="page"/>
      </w:r>
    </w:p>
    <w:p>
      <w:pPr>
        <w:pStyle w:val="Heading1"/>
        <w:keepNext/>
      </w:pPr>
      <w:r>
        <w:t>2026.06.15 - 2026.06.21</w:t>
      </w:r>
    </w:p>
    <w:p>
      <w:r>
        <w:t>3건 확인, 주요 방문지: 파라다이스호텔 부산 그랜드볼룸, 첨단신발융합허브센터</w:t>
      </w:r>
    </w:p>
    <w:p>
      <w:pPr>
        <w:pStyle w:val="ListBullet"/>
      </w:pPr>
      <w:r>
        <w:rPr>
          <w:b/>
        </w:rPr>
        <w:t>06.16</w:t>
      </w:r>
      <w:r>
        <w:t xml:space="preserve"> | 12.6대 1 뚫고 스타트업 원석 5천 명 등판! 「모두의 창업 1기」 부산지역 출범식 개최</w:t>
      </w:r>
    </w:p>
    <w:p>
      <w:pPr>
        <w:ind w:left="360"/>
      </w:pPr>
      <w:r>
        <w:t>장소: 파라다이스호텔 부산 그랜드볼룸 / 인물: 이청일 / 출처: 보도자료</w:t>
      </w:r>
    </w:p>
    <w:p>
      <w:pPr>
        <w:ind w:left="360"/>
      </w:pPr>
      <w:r>
        <w:t>「모두의 창업 1기」 부산지역 출범식 개최- 전국 17개 시·도 동시 출범식 개최, 부산지역 일반·기술트랙 231명 선정, 동남권(부·울·경) 로컬트랙에 193명 선발- 멘토링·창업활동 자금·AI솔루션 제공 등 본격 지원 시작 중소벤처기업부 부산지방중소벤처기업청(청장 이청일, 이하 부산중기청)은 6월 16일(화) 파라다이</w:t>
      </w:r>
    </w:p>
    <w:p>
      <w:pPr>
        <w:pStyle w:val="Source"/>
        <w:ind w:left="360"/>
      </w:pPr>
      <w:r>
        <w:t>https://www.mss.go.kr/site/busan/ex/bbs/View.do?cbIdx=222&amp;bcIdx=1069077</w:t>
      </w:r>
    </w:p>
    <w:p>
      <w:pPr>
        <w:pStyle w:val="ListBullet"/>
      </w:pPr>
      <w:r>
        <w:rPr>
          <w:b/>
        </w:rPr>
        <w:t>06.17</w:t>
      </w:r>
      <w:r>
        <w:t xml:space="preserve"> | 부산중기청, 수출기업을 위한 생성형 AI 실무활용 온라인 교육 개최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(전매체) 배포 즉시부산중기청, 수출기업을 위한 생성형 AI 실무활용 온라인 교육 개최- 전국 13개 지방중기청 협업, 6.18(목) 09:00 온라인 교육 개최 - 디지털 마케팅에 관심있는 중소기업 임직원 500명 대상 선착순 접수 중소벤처기업부 부산지방중소벤처기업청(청장 이청일, 이하 부산중기청)은 수출 중소</w:t>
      </w:r>
    </w:p>
    <w:p>
      <w:pPr>
        <w:pStyle w:val="Source"/>
        <w:ind w:left="360"/>
      </w:pPr>
      <w:r>
        <w:t>https://www.mss.go.kr/site/busan/ex/bbs/View.do?cbIdx=222&amp;bcIdx=1068870</w:t>
      </w:r>
    </w:p>
    <w:p>
      <w:pPr>
        <w:pStyle w:val="ListBullet"/>
      </w:pPr>
      <w:r>
        <w:rPr>
          <w:b/>
        </w:rPr>
        <w:t>06.17</w:t>
      </w:r>
      <w:r>
        <w:t xml:space="preserve"> | 부산중기청, 지역특화기업 육성과 규제개선 방안 논의</w:t>
      </w:r>
    </w:p>
    <w:p>
      <w:pPr>
        <w:ind w:left="360"/>
      </w:pPr>
      <w:r>
        <w:t>장소: 첨단신발융합허브센터 / 인물: 이청일 / 출처: 보도자료</w:t>
      </w:r>
    </w:p>
    <w:p>
      <w:pPr>
        <w:ind w:left="360"/>
      </w:pPr>
      <w:r>
        <w:t>17.(수) 15:00 &gt;부산중기청, 지역특화기업 육성과 규제개선 방안 논의- 6월 17일 첨단신발융합허브센터, ‘제6차 부산지역 중소기업 지원협의회’ 개최- 지역특화프로젝트 지원 대상 기업 추가 선정, 2분기 규제 발굴 사항 등 논의 중소벤처기업부 부산지방중소벤처기업청(청장 이청일, 이하 부산중기청)은 6월 17일(수)</w:t>
      </w:r>
    </w:p>
    <w:p>
      <w:pPr>
        <w:pStyle w:val="Source"/>
        <w:ind w:left="360"/>
      </w:pPr>
      <w:r>
        <w:t>https://www.mss.go.kr/site/busan/ex/bbs/View.do?cbIdx=222&amp;bcIdx=1069117</w:t>
      </w:r>
    </w:p>
    <w:p>
      <w:r>
        <w:br w:type="page"/>
      </w:r>
    </w:p>
    <w:p>
      <w:pPr>
        <w:pStyle w:val="Heading1"/>
        <w:keepNext/>
      </w:pPr>
      <w:r>
        <w:t>2026.06.08 - 2026.06.14</w:t>
      </w:r>
    </w:p>
    <w:p>
      <w:r>
        <w:t>2건 확인, 주요 방문지: 부산롯데호텔, 벡스코 컨벤션홀</w:t>
      </w:r>
    </w:p>
    <w:p>
      <w:pPr>
        <w:pStyle w:val="ListBullet"/>
      </w:pPr>
      <w:r>
        <w:rPr>
          <w:b/>
        </w:rPr>
        <w:t>06.10</w:t>
      </w:r>
      <w:r>
        <w:t xml:space="preserve"> | “현장에서 답을 찾다” 부산중기청, 제34회 이엉포럼 개최</w:t>
      </w:r>
    </w:p>
    <w:p>
      <w:pPr>
        <w:ind w:left="360"/>
      </w:pPr>
      <w:r>
        <w:t>장소: 부산롯데호텔 / 인물: 이청일 / 출처: 보도자료</w:t>
      </w:r>
    </w:p>
    <w:p>
      <w:pPr>
        <w:ind w:left="360"/>
      </w:pPr>
      <w:r>
        <w:t xml:space="preserve">보도시점 6.11.(목) 조간 &lt; 배포즉시 보도가능 &gt;“현장에서 답을 찾다”부 산 중 기 청, 제34회 이 엉 포 럼 개 최 - 부산지역 대표 중소기업 소통 플랫폼인 「제34회 이엉포럼」 개최(6.10) - 중진공 정책자금 소개 및 현장의 애로·규제 건의 간담회 가져중소벤처기업부 부산지방중소벤처기업청(청장 이청일, 이하 </w:t>
      </w:r>
    </w:p>
    <w:p>
      <w:pPr>
        <w:pStyle w:val="Source"/>
        <w:ind w:left="360"/>
      </w:pPr>
      <w:r>
        <w:t>https://www.mss.go.kr/site/busan/ex/bbs/View.do?cbIdx=222&amp;bcIdx=1068948</w:t>
      </w:r>
    </w:p>
    <w:p>
      <w:pPr>
        <w:pStyle w:val="ListBullet"/>
      </w:pPr>
      <w:r>
        <w:rPr>
          <w:b/>
        </w:rPr>
        <w:t>06.12</w:t>
      </w:r>
      <w:r>
        <w:t xml:space="preserve"> | 부산중기청, 지역 특성화고 맞춤형 ‘2026 부산 특성화고 커리어 톡’ 성황리 개최</w:t>
      </w:r>
    </w:p>
    <w:p>
      <w:pPr>
        <w:ind w:left="360"/>
      </w:pPr>
      <w:r>
        <w:t>장소: 벡스코 컨벤션홀 / 인물: 이청일 / 출처: 보도자료</w:t>
      </w:r>
    </w:p>
    <w:p>
      <w:pPr>
        <w:ind w:left="360"/>
      </w:pPr>
      <w:r>
        <w:t>12.(금) 14:00부산중기청, 지역 특성화고 맞춤형 ‘2026 부산 특성화고 커리어 톡’ 성황리 개최 - 대양전기공업, BNK부산은행 등 우수 강소기업 및 금융기관 10개사 참여- 특성화고 학생 340여 명 대상 산업군별 맞춤형 매칭 및 선배 멘토링 진행 부산지방중소벤처기업청(청장 이청일, 이하 부산중기청)은 부산시교</w:t>
      </w:r>
    </w:p>
    <w:p>
      <w:pPr>
        <w:pStyle w:val="Source"/>
        <w:ind w:left="360"/>
      </w:pPr>
      <w:r>
        <w:t>https://www.mss.go.kr/site/busan/ex/bbs/View.do?cbIdx=222&amp;bcIdx=1068993</w:t>
      </w:r>
    </w:p>
    <w:p>
      <w:r>
        <w:br w:type="page"/>
      </w:r>
    </w:p>
    <w:p>
      <w:pPr>
        <w:pStyle w:val="Heading1"/>
        <w:keepNext/>
      </w:pPr>
      <w:r>
        <w:t>2026.06.01 - 2026.06.07</w:t>
      </w:r>
    </w:p>
    <w:p>
      <w:r>
        <w:t>1건 확인</w:t>
      </w:r>
    </w:p>
    <w:p>
      <w:pPr>
        <w:pStyle w:val="ListBullet"/>
      </w:pPr>
      <w:r>
        <w:rPr>
          <w:b/>
        </w:rPr>
        <w:t>06.05</w:t>
      </w:r>
      <w:r>
        <w:t xml:space="preserve"> | 부산중기청, 중소벤처24 통합회원 서비스 시범 운영 안내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보도시점 (전매체) 배포 즉시부산중기청, 중소벤처24 통합회원 서비스 시범 운영 안내- 한 번의 로그인으로 중기부 및 유관기관 주요 정책시스템 이용 가능 부산지방중소벤처기업청(청장 이청일, 이하 부산중기청)은 중소벤처기업부가 6월 5일(금) 오전 9시부터 ‘중소벤처24 통합회원 서비스’를 시범 운영함에 따라, 부산지역 중</w:t>
      </w:r>
    </w:p>
    <w:p>
      <w:pPr>
        <w:pStyle w:val="Source"/>
        <w:ind w:left="360"/>
      </w:pPr>
      <w:r>
        <w:t>https://www.mss.go.kr/site/busan/ex/bbs/View.do?cbIdx=222&amp;bcIdx=1068844</w:t>
      </w:r>
    </w:p>
    <w:p>
      <w:r>
        <w:br w:type="page"/>
      </w:r>
    </w:p>
    <w:p>
      <w:pPr>
        <w:pStyle w:val="Heading1"/>
        <w:keepNext/>
      </w:pPr>
      <w:r>
        <w:t>2026.05.25 - 2026.05.31</w:t>
      </w:r>
    </w:p>
    <w:p>
      <w:r>
        <w:t>2건 확인, 주요 방문지: 부산테크노파크(엄궁단지)</w:t>
      </w:r>
    </w:p>
    <w:p>
      <w:pPr>
        <w:pStyle w:val="ListBullet"/>
      </w:pPr>
      <w:r>
        <w:rPr>
          <w:b/>
        </w:rPr>
        <w:t>05.26</w:t>
      </w:r>
      <w:r>
        <w:t xml:space="preserve"> | 부산중기청, 베트남 K-디지털 혁신 시장개척단 파견 2,364만 달러 수출계약 추진 성과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- 1 - 보도시점 6.11.(목) 조간 &lt; 배포즉시 보도가능 &gt;부산중기청, 베트남 K-디지털 혁신 시장개척단 파견2,364만 달러 수출계약 추진 성과 - 인공지능(AI) 및 ICT 분야 중소기업의 베트남 시장 진출 지원 - 총 107건, 7,090만 달러 규모의 수출상담과 2,364만 달러 수출 계약 추진 성과 중소벤처</w:t>
      </w:r>
    </w:p>
    <w:p>
      <w:pPr>
        <w:pStyle w:val="Source"/>
        <w:ind w:left="360"/>
      </w:pPr>
      <w:r>
        <w:t>https://www.mss.go.kr/site/busan/ex/bbs/View.do?cbIdx=222&amp;bcIdx=1068947</w:t>
      </w:r>
    </w:p>
    <w:p>
      <w:pPr>
        <w:pStyle w:val="ListBullet"/>
      </w:pPr>
      <w:r>
        <w:rPr>
          <w:b/>
        </w:rPr>
        <w:t>05.29</w:t>
      </w:r>
      <w:r>
        <w:t xml:space="preserve"> | 부산중기청 ‘스마트제조 AX 협의체’ 전격 출범</w:t>
      </w:r>
    </w:p>
    <w:p>
      <w:pPr>
        <w:ind w:left="360"/>
      </w:pPr>
      <w:r>
        <w:t>장소: 부산테크노파크(엄궁단지) / 인물: 이청일 / 출처: 보도자료</w:t>
      </w:r>
    </w:p>
    <w:p>
      <w:pPr>
        <w:ind w:left="360"/>
      </w:pPr>
      <w:r>
        <w:t>29.(금) 14:00 &gt;부산중기청, ‘스마트제조 AX 협의체’ 전격 출범 - 5.29(금) 부산TP에서 출범식 및 스마트제조 수요·공급기업 간담회 개최-‘부산지역 제조산업의 인공지능 전환(AX) 촉진’을 위한 거버넌스 본격 가동 부산지역 제조산업의 인공지능 전환(AX)을 촉진하고, 스마트제조 생태계 활성화를 위한 유관기</w:t>
      </w:r>
    </w:p>
    <w:p>
      <w:pPr>
        <w:pStyle w:val="Source"/>
        <w:ind w:left="360"/>
      </w:pPr>
      <w:r>
        <w:t>https://www.mss.go.kr/site/busan/ex/bbs/View.do?cbIdx=222&amp;bcIdx=1068709</w:t>
      </w:r>
    </w:p>
    <w:p>
      <w:r>
        <w:br w:type="page"/>
      </w:r>
    </w:p>
    <w:p>
      <w:pPr>
        <w:pStyle w:val="Heading1"/>
        <w:keepNext/>
      </w:pPr>
      <w:r>
        <w:t>2026.05.18 - 2026.05.24</w:t>
      </w:r>
    </w:p>
    <w:p>
      <w:r>
        <w:t>2건 확인, 주요 방문지: 부산테크노파크 엄궁단지</w:t>
      </w:r>
    </w:p>
    <w:p>
      <w:pPr>
        <w:pStyle w:val="ListBullet"/>
      </w:pPr>
      <w:r>
        <w:rPr>
          <w:b/>
        </w:rPr>
        <w:t>05.18</w:t>
      </w:r>
      <w:r>
        <w:t xml:space="preserve"> | 부산중기청, 서동의류제조 소공인 격려 ‘생활문화 혁신지원 사업’ 홍보 나서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 xml:space="preserve">- 1 - 보도자료보도시점 (전매체) 배포즉시 보도가능부산중기청, 서동의류제조 소공인 격려, ‘생활문화 혁신지원 사업’ 홍보 나서- 부산 서동의류제조 소공인특화지원센터 방문, 현장 애로 청취- 푸드·뷰티·패션 등 생활밀착 분야 제품·서비스 고도화 지원사업 참여 홍보 중소벤처기업부 부산지방중소벤처기업청(청장 이청일, 이하 </w:t>
      </w:r>
    </w:p>
    <w:p>
      <w:pPr>
        <w:pStyle w:val="Source"/>
        <w:ind w:left="360"/>
      </w:pPr>
      <w:r>
        <w:t>https://www.mss.go.kr/site/busan/ex/bbs/View.do?cbIdx=222&amp;bcIdx=1068487</w:t>
      </w:r>
    </w:p>
    <w:p>
      <w:pPr>
        <w:pStyle w:val="ListBullet"/>
      </w:pPr>
      <w:r>
        <w:rPr>
          <w:b/>
        </w:rPr>
        <w:t>05.21</w:t>
      </w:r>
      <w:r>
        <w:t xml:space="preserve"> | 중동 전쟁 장기화에 대응 ‘제5차 중소기업 지원협의회’ 개최</w:t>
      </w:r>
    </w:p>
    <w:p>
      <w:pPr>
        <w:ind w:left="360"/>
      </w:pPr>
      <w:r>
        <w:t>장소: 부산테크노파크 엄궁단지 / 인물: 이청일 / 출처: 보도자료</w:t>
      </w:r>
    </w:p>
    <w:p>
      <w:pPr>
        <w:ind w:left="360"/>
      </w:pPr>
      <w:r>
        <w:t xml:space="preserve">보도자료보도시점(전매체) 배포즉시 보도가능부산중기청, 중동 전쟁 장기화 대응 중소기업 지원체계 점검-‘26.05.21.(목) 제5차 부산지역 중소기업 지원협의회 개최- 중동 수출 감소·물류 차질·원자재 수급 애로 대응방안 논의 부산지방중소벤처기업청(청장 이청일)은 중동 전쟁이 장기화됨에 따라 부산지역 관계기관 협력체계를 </w:t>
      </w:r>
    </w:p>
    <w:p>
      <w:pPr>
        <w:pStyle w:val="Source"/>
        <w:ind w:left="360"/>
      </w:pPr>
      <w:r>
        <w:t>https://www.mss.go.kr/site/busan/ex/bbs/View.do?cbIdx=222&amp;bcIdx=1068468</w:t>
      </w:r>
    </w:p>
    <w:p>
      <w:r>
        <w:br w:type="page"/>
      </w:r>
    </w:p>
    <w:p>
      <w:pPr>
        <w:pStyle w:val="Heading1"/>
        <w:keepNext/>
      </w:pPr>
      <w:r>
        <w:t>2026.05.11 - 2026.05.17</w:t>
      </w:r>
    </w:p>
    <w:p>
      <w:r>
        <w:t>공식 홈페이지 기준 확인된 청장 동선 없음</w:t>
      </w:r>
    </w:p>
    <w:p>
      <w:pPr>
        <w:pStyle w:val="ListBullet"/>
      </w:pPr>
      <w:r>
        <w:t>공식 홈페이지 기준 확인된 청장 동선이 없습니다.</w:t>
      </w:r>
    </w:p>
    <w:p>
      <w:r>
        <w:br w:type="page"/>
      </w:r>
    </w:p>
    <w:p>
      <w:pPr>
        <w:pStyle w:val="Heading1"/>
        <w:keepNext/>
      </w:pPr>
      <w:r>
        <w:t>2026.05.04 - 2026.05.10</w:t>
      </w:r>
    </w:p>
    <w:p>
      <w:r>
        <w:t>1건 확인</w:t>
      </w:r>
    </w:p>
    <w:p>
      <w:pPr>
        <w:pStyle w:val="ListBullet"/>
      </w:pPr>
      <w:r>
        <w:rPr>
          <w:b/>
        </w:rPr>
        <w:t>05.09</w:t>
      </w:r>
      <w:r>
        <w:t xml:space="preserve"> | 부산중기청, 밀페스티벌 연계 ‘우리 곡물 동행마켓’으로 소상공인 판로 확대 나선다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- 1 - 보도자료보도시점(전매체) 배포즉시 보도가능부산중기청, 밀페스티벌 연계‘우 리 곡 물 동 행 마 켓’으 로 소 상 공 인 판 로 확 대 나 선 다- 5월 9일부터 10일까지, 우리 곡물 활용한 지역 우수 소상공인 제품 한자리에- 지역 우수 소상공인 제품 판매 지원을 통해 소비 활성화 기대 중소벤처기업부 부산지방중</w:t>
      </w:r>
    </w:p>
    <w:p>
      <w:pPr>
        <w:pStyle w:val="Source"/>
        <w:ind w:left="360"/>
      </w:pPr>
      <w:r>
        <w:t>https://www.mss.go.kr/site/busan/ex/bbs/View.do?cbIdx=222&amp;bcIdx=1068051</w:t>
      </w:r>
    </w:p>
    <w:p>
      <w:r>
        <w:br w:type="page"/>
      </w:r>
    </w:p>
    <w:p>
      <w:pPr>
        <w:pStyle w:val="Heading1"/>
        <w:keepNext/>
      </w:pPr>
      <w:r>
        <w:t>2026.04.27 - 2026.05.03</w:t>
      </w:r>
    </w:p>
    <w:p>
      <w:r>
        <w:t>3건 확인, 주요 방문지: 부산 센텀시티, 벡스코</w:t>
      </w:r>
    </w:p>
    <w:p>
      <w:pPr>
        <w:pStyle w:val="ListBullet"/>
      </w:pPr>
      <w:r>
        <w:rPr>
          <w:b/>
        </w:rPr>
        <w:t>04.27</w:t>
      </w:r>
      <w:r>
        <w:t xml:space="preserve"> | (보도자료) 260427 공공기관 동반성장 평가 결과 ‘우수’ 이상 등급 대폭 증가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한국전기안전공사는 전력기자재 분야 중소기업의 해외 판로 개척을 위해 수출상담회를 개최하고, 수출 계약 체결까지 지원하였</w:t>
      </w:r>
    </w:p>
    <w:p>
      <w:pPr>
        <w:pStyle w:val="Source"/>
        <w:ind w:left="360"/>
      </w:pPr>
      <w:r>
        <w:t>https://www.mss.go.kr/site/busan/ex/bbs/View.do?cbIdx=222&amp;bcIdx=1067739</w:t>
      </w:r>
    </w:p>
    <w:p>
      <w:pPr>
        <w:pStyle w:val="ListBullet"/>
      </w:pPr>
      <w:r>
        <w:rPr>
          <w:b/>
        </w:rPr>
        <w:t>04.29</w:t>
      </w:r>
      <w:r>
        <w:t xml:space="preserve"> | (보도자료) 260429 부산중기청장, 기술보증기금 해운대지점 개점식 참석</w:t>
      </w:r>
    </w:p>
    <w:p>
      <w:pPr>
        <w:ind w:left="360"/>
      </w:pPr>
      <w:r>
        <w:t>장소: 부산 센텀시티 / 인물: 이청일 / 출처: 보도자료</w:t>
      </w:r>
    </w:p>
    <w:p>
      <w:pPr>
        <w:ind w:left="360"/>
      </w:pPr>
      <w:r>
        <w:t>30.(목) 조간부산중기청장, 기술보증기금 해운대지점 개점식 참석- 동부산권 기술기업 성장 거점 마련… 지역 벤처·기술금융 활성화 기대 - 부산지방중소벤처기업청(청장 이청일, 이하 부산중기청)은 4월 29일 부산 센텀시티에서 개최된 기술보증기금 해운대지점 개점식에 참석했다고 밝혔</w:t>
      </w:r>
    </w:p>
    <w:p>
      <w:pPr>
        <w:pStyle w:val="Source"/>
        <w:ind w:left="360"/>
      </w:pPr>
      <w:r>
        <w:t>https://www.mss.go.kr/site/busan/ex/bbs/View.do?cbIdx=222&amp;bcIdx=1067866</w:t>
      </w:r>
    </w:p>
    <w:p>
      <w:pPr>
        <w:pStyle w:val="ListBullet"/>
      </w:pPr>
      <w:r>
        <w:rPr>
          <w:b/>
        </w:rPr>
        <w:t>04.30</w:t>
      </w:r>
      <w:r>
        <w:t xml:space="preserve"> | (보도자료) 260430 부 울 경 외국인 유학생 채용박람회 성료</w:t>
      </w:r>
    </w:p>
    <w:p>
      <w:pPr>
        <w:ind w:left="360"/>
      </w:pPr>
      <w:r>
        <w:t>장소: 벡스코 / 인물: 이청일 / 출처: 보도자료</w:t>
      </w:r>
    </w:p>
    <w:p>
      <w:pPr>
        <w:ind w:left="360"/>
      </w:pPr>
      <w:r>
        <w:t xml:space="preserve">11:00~17:00 벡스코 제2전시장에서 열려… 부‧울‧경 외국인 유학생 1천명, 기업 45개사 참여하며 성황 - 현장 채용관, 인플루언서 특강, 공연, 비푸드(B-Food) 시식 등 다채로운 프로그램 마련으로 지역 외국인 청년 취업의 문 넓혀 중소벤처기업부 부산지방중소벤처기업청(청장 이청일, 이하 부산중기청)은 4월 </w:t>
      </w:r>
    </w:p>
    <w:p>
      <w:pPr>
        <w:pStyle w:val="Source"/>
        <w:ind w:left="360"/>
      </w:pPr>
      <w:r>
        <w:t>https://www.mss.go.kr/site/busan/ex/bbs/View.do?cbIdx=222&amp;bcIdx=1067912</w:t>
      </w:r>
    </w:p>
    <w:p>
      <w:r>
        <w:br w:type="page"/>
      </w:r>
    </w:p>
    <w:p>
      <w:pPr>
        <w:pStyle w:val="Heading1"/>
        <w:keepNext/>
      </w:pPr>
      <w:r>
        <w:t>2026.04.20 - 2026.04.26</w:t>
      </w:r>
    </w:p>
    <w:p>
      <w:r>
        <w:t>2건 확인, 주요 방문지: 충무동 새벽·해안시장</w:t>
      </w:r>
    </w:p>
    <w:p>
      <w:pPr>
        <w:pStyle w:val="ListBullet"/>
      </w:pPr>
      <w:r>
        <w:rPr>
          <w:b/>
        </w:rPr>
        <w:t>04.24</w:t>
      </w:r>
      <w:r>
        <w:t xml:space="preserve"> | (보도자료) 260422 부산중기청, 지역축제·전통시장과 함께하는 '2026 동행축제' 본격 추진</w:t>
      </w:r>
    </w:p>
    <w:p>
      <w:pPr>
        <w:ind w:left="360"/>
      </w:pPr>
      <w:r>
        <w:t>장소: 충무동 새벽·해안시장 / 출처: 보도자료</w:t>
      </w:r>
    </w:p>
    <w:p>
      <w:pPr>
        <w:ind w:left="360"/>
      </w:pPr>
      <w:r>
        <w:t>보도자료 보도시점(전매체) 배포즉시 보도가능부산중기청, 지역축제·전통시장과 함께하는‘2026 동행축제’ 본격 추진-기장 멸치축제·부산 밀 페스티벌 등 지역 특화 프로그램 운영-카드사 할인부터 경품 이벤트까지, 내수 활력 위한 상생 소비 촉진 부산지방중소벤처기업청(청장 직무대리 강호정, 이하 부산중기청)은 지난 4월 11일</w:t>
      </w:r>
    </w:p>
    <w:p>
      <w:pPr>
        <w:pStyle w:val="Source"/>
        <w:ind w:left="360"/>
      </w:pPr>
      <w:r>
        <w:t>https://www.mss.go.kr/site/busan/ex/bbs/View.do?cbIdx=222&amp;bcIdx=1067630</w:t>
      </w:r>
    </w:p>
    <w:p>
      <w:pPr>
        <w:pStyle w:val="ListBullet"/>
      </w:pPr>
      <w:r>
        <w:rPr>
          <w:b/>
        </w:rPr>
        <w:t>04.24</w:t>
      </w:r>
      <w:r>
        <w:t xml:space="preserve"> | (보도자료) 260424 제27대 이청일 부산지방중소벤처기업청장 취임</w:t>
      </w:r>
    </w:p>
    <w:p>
      <w:pPr>
        <w:ind w:left="360"/>
      </w:pPr>
      <w:r>
        <w:t>인물: 이청일 / 출처: 보도자료</w:t>
      </w:r>
    </w:p>
    <w:p>
      <w:pPr>
        <w:ind w:left="360"/>
      </w:pPr>
      <w:r>
        <w:t>(보도자료) 260424 제27대 이청일 부산지방중소벤처기업청장 취임 * 자세한 내용은 첨부파일을 참조해 주시기 바랍니</w:t>
      </w:r>
    </w:p>
    <w:p>
      <w:pPr>
        <w:pStyle w:val="Source"/>
        <w:ind w:left="360"/>
      </w:pPr>
      <w:r>
        <w:t>https://www.mss.go.kr/site/busan/ex/bbs/View.do?cbIdx=222&amp;bcIdx=1067732</w:t>
      </w:r>
    </w:p>
    <w:p>
      <w:r>
        <w:br w:type="page"/>
      </w:r>
    </w:p>
    <w:p>
      <w:pPr>
        <w:pStyle w:val="Heading1"/>
        <w:keepNext/>
      </w:pPr>
      <w:r>
        <w:t>2026.04.13 - 2026.04.19</w:t>
      </w:r>
    </w:p>
    <w:p>
      <w:r>
        <w:t>공식 홈페이지 기준 확인된 청장 동선 없음</w:t>
      </w:r>
    </w:p>
    <w:p>
      <w:pPr>
        <w:pStyle w:val="ListBullet"/>
      </w:pPr>
      <w:r>
        <w:t>공식 홈페이지 기준 확인된 청장 동선이 없습니다.</w:t>
      </w:r>
    </w:p>
    <w:p>
      <w:r>
        <w:br w:type="page"/>
      </w:r>
    </w:p>
    <w:p>
      <w:pPr>
        <w:pStyle w:val="Heading1"/>
        <w:keepNext/>
      </w:pPr>
      <w:r>
        <w:t>2026.04.06 - 2026.04.12</w:t>
      </w:r>
    </w:p>
    <w:p>
      <w:r>
        <w:t>공식 홈페이지 기준 확인된 청장 동선 없음</w:t>
      </w:r>
    </w:p>
    <w:p>
      <w:pPr>
        <w:pStyle w:val="ListBullet"/>
      </w:pPr>
      <w:r>
        <w:t>공식 홈페이지 기준 확인된 청장 동선이 없습니다.</w:t>
      </w:r>
    </w:p>
    <w:p>
      <w:r>
        <w:br w:type="page"/>
      </w:r>
    </w:p>
    <w:p>
      <w:pPr>
        <w:pStyle w:val="Heading1"/>
        <w:keepNext/>
      </w:pPr>
      <w:r>
        <w:t>2026.03.30 - 2026.04.05</w:t>
      </w:r>
    </w:p>
    <w:p>
      <w:r>
        <w:t>1건 확인</w:t>
      </w:r>
    </w:p>
    <w:p>
      <w:pPr>
        <w:pStyle w:val="ListBullet"/>
      </w:pPr>
      <w:r>
        <w:rPr>
          <w:b/>
        </w:rPr>
        <w:t>04.03</w:t>
      </w:r>
      <w:r>
        <w:t xml:space="preserve"> | (보도자료) 260402 부산지역 2026년 4월 동행축제 소상공인 우수제품 판매전 참가 소상공인 모집</w:t>
      </w:r>
    </w:p>
    <w:p>
      <w:pPr>
        <w:ind w:left="360"/>
      </w:pPr>
      <w:r>
        <w:t>출처: 보도자료</w:t>
      </w:r>
    </w:p>
    <w:p>
      <w:pPr>
        <w:ind w:left="360"/>
      </w:pPr>
      <w:r>
        <w:t>부산중기청은 이번 행사를 통해 지역 시민들에게 우리 곡물(쌀·보리·잡곡 등)로 만든 우수 제품을 소개하고, 소상공인들에게는 현장판매 및 홍보의 기회를 제공할 계획이</w:t>
      </w:r>
    </w:p>
    <w:p>
      <w:pPr>
        <w:pStyle w:val="Source"/>
        <w:ind w:left="360"/>
      </w:pPr>
      <w:r>
        <w:t>https://www.mss.go.kr/site/busan/ex/bbs/View.do?cbIdx=222&amp;bcIdx=1066922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1F3A5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Calibri" w:hAnsi="Calibri"/>
      <w:i/>
      <w:iCs/>
      <w:color w:val="5A637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Calibri" w:hAnsi="Calibri"/>
      <w:color w:val="5A63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